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D843" w14:textId="77777777" w:rsidR="00086BA4" w:rsidRPr="00DC28A2" w:rsidRDefault="00000000" w:rsidP="004C162A">
      <w:pPr>
        <w:spacing w:after="0"/>
        <w:jc w:val="center"/>
        <w:rPr>
          <w:lang w:val="lt-LT"/>
        </w:rPr>
      </w:pPr>
      <w:r w:rsidRPr="00DC28A2">
        <w:rPr>
          <w:sz w:val="20"/>
          <w:lang w:val="lt-LT"/>
        </w:rPr>
        <w:t>________________________________________________________________________________</w:t>
      </w:r>
    </w:p>
    <w:p w14:paraId="6B6772F4" w14:textId="77777777" w:rsidR="00086BA4" w:rsidRPr="00DC28A2" w:rsidRDefault="00000000" w:rsidP="004C162A">
      <w:pPr>
        <w:spacing w:after="0"/>
        <w:jc w:val="center"/>
        <w:rPr>
          <w:lang w:val="lt-LT"/>
        </w:rPr>
      </w:pPr>
      <w:r w:rsidRPr="00DC28A2">
        <w:rPr>
          <w:sz w:val="18"/>
          <w:lang w:val="lt-LT"/>
        </w:rPr>
        <w:t>Teikiančio prašymą tėvo (mamos) (globėjo(s)) vardas, pavardė (spausdintinėmis raidėmis)</w:t>
      </w:r>
    </w:p>
    <w:p w14:paraId="7AB1FB11" w14:textId="77777777" w:rsidR="00086BA4" w:rsidRPr="00DC28A2" w:rsidRDefault="00000000" w:rsidP="004C162A">
      <w:pPr>
        <w:spacing w:after="0"/>
        <w:jc w:val="center"/>
        <w:rPr>
          <w:lang w:val="lt-LT"/>
        </w:rPr>
      </w:pPr>
      <w:r w:rsidRPr="00DC28A2">
        <w:rPr>
          <w:sz w:val="20"/>
          <w:lang w:val="lt-LT"/>
        </w:rPr>
        <w:t>________________________________________________________________________________</w:t>
      </w:r>
    </w:p>
    <w:p w14:paraId="18F9A1E8" w14:textId="77777777" w:rsidR="00086BA4" w:rsidRPr="00DC28A2" w:rsidRDefault="00000000" w:rsidP="004C162A">
      <w:pPr>
        <w:spacing w:after="0"/>
        <w:jc w:val="center"/>
        <w:rPr>
          <w:lang w:val="lt-LT"/>
        </w:rPr>
      </w:pPr>
      <w:r w:rsidRPr="00DC28A2">
        <w:rPr>
          <w:sz w:val="18"/>
          <w:lang w:val="lt-LT"/>
        </w:rPr>
        <w:t>Adresas, mobiliojo tel. numeris, el. paštas</w:t>
      </w:r>
    </w:p>
    <w:p w14:paraId="76DCCA4E" w14:textId="77777777" w:rsidR="004C162A" w:rsidRPr="00DC28A2" w:rsidRDefault="004C162A">
      <w:pPr>
        <w:spacing w:before="120" w:after="0"/>
        <w:rPr>
          <w:lang w:val="lt-LT"/>
        </w:rPr>
      </w:pPr>
    </w:p>
    <w:p w14:paraId="3BC4F5F5" w14:textId="46DBBC8A" w:rsidR="00086BA4" w:rsidRPr="00DC28A2" w:rsidRDefault="00000000">
      <w:pPr>
        <w:spacing w:before="120" w:after="0"/>
        <w:rPr>
          <w:lang w:val="lt-LT"/>
        </w:rPr>
      </w:pPr>
      <w:r w:rsidRPr="00DC28A2">
        <w:rPr>
          <w:lang w:val="lt-LT"/>
        </w:rPr>
        <w:t>Biržų Vlado Jakubėno meno mokyklos</w:t>
      </w:r>
      <w:r w:rsidRPr="00DC28A2">
        <w:rPr>
          <w:lang w:val="lt-LT"/>
        </w:rPr>
        <w:br/>
        <w:t>Direktoriui</w:t>
      </w:r>
    </w:p>
    <w:p w14:paraId="0E1C8615" w14:textId="77777777" w:rsidR="00086BA4" w:rsidRPr="00DC28A2" w:rsidRDefault="00000000">
      <w:pPr>
        <w:spacing w:before="200" w:after="0"/>
        <w:jc w:val="center"/>
        <w:rPr>
          <w:lang w:val="lt-LT"/>
        </w:rPr>
      </w:pPr>
      <w:r w:rsidRPr="00DC28A2">
        <w:rPr>
          <w:b/>
          <w:sz w:val="28"/>
          <w:lang w:val="lt-LT"/>
        </w:rPr>
        <w:t>P R A Š Y M A S</w:t>
      </w:r>
    </w:p>
    <w:p w14:paraId="77509171" w14:textId="77777777" w:rsidR="00086BA4" w:rsidRPr="00DC28A2" w:rsidRDefault="00000000">
      <w:pPr>
        <w:spacing w:after="80"/>
        <w:jc w:val="center"/>
        <w:rPr>
          <w:lang w:val="lt-LT"/>
        </w:rPr>
      </w:pPr>
      <w:r w:rsidRPr="00DC28A2">
        <w:rPr>
          <w:b/>
          <w:lang w:val="lt-LT"/>
        </w:rPr>
        <w:t>DĖL PRIĖMIMO MOKYTIS PAGAL DAILĖS FORMALŲJĮ ŠVIETIMĄ PAPILDANČIO UGDYMO PROGRAMĄ</w:t>
      </w:r>
    </w:p>
    <w:p w14:paraId="68E896A2" w14:textId="77777777" w:rsidR="00086BA4" w:rsidRPr="00DC28A2" w:rsidRDefault="00000000">
      <w:pPr>
        <w:spacing w:after="0"/>
        <w:jc w:val="center"/>
        <w:rPr>
          <w:lang w:val="lt-LT"/>
        </w:rPr>
      </w:pPr>
      <w:r w:rsidRPr="00DC28A2">
        <w:rPr>
          <w:lang w:val="lt-LT"/>
        </w:rPr>
        <w:t>20     m.   ___________________________ d.</w:t>
      </w:r>
    </w:p>
    <w:p w14:paraId="3DE7A4FC" w14:textId="77777777" w:rsidR="00086BA4" w:rsidRPr="00DC28A2" w:rsidRDefault="00000000">
      <w:pPr>
        <w:spacing w:after="160"/>
        <w:jc w:val="center"/>
        <w:rPr>
          <w:lang w:val="lt-LT"/>
        </w:rPr>
      </w:pPr>
      <w:r w:rsidRPr="00DC28A2">
        <w:rPr>
          <w:lang w:val="lt-LT"/>
        </w:rPr>
        <w:t>Biržai</w:t>
      </w:r>
    </w:p>
    <w:p w14:paraId="7AB1331B" w14:textId="77777777" w:rsidR="00086BA4" w:rsidRPr="00DC28A2" w:rsidRDefault="00000000" w:rsidP="004C162A">
      <w:pPr>
        <w:spacing w:after="120" w:line="240" w:lineRule="auto"/>
        <w:ind w:firstLine="720"/>
        <w:rPr>
          <w:lang w:val="lt-LT"/>
        </w:rPr>
      </w:pPr>
      <w:r w:rsidRPr="00DC28A2">
        <w:rPr>
          <w:lang w:val="lt-LT"/>
        </w:rPr>
        <w:t>Prašau priimti mano dukrą / sūnų / globotinį ________________________________________________ mokytis į Biržų Vlado Jakubėno meno mokyklą pagal dailės formalųjį švietimą papildančio ugdymo programą.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123"/>
      </w:tblGrid>
      <w:tr w:rsidR="00086BA4" w:rsidRPr="00DC28A2" w14:paraId="4EAF9F24" w14:textId="77777777">
        <w:trPr>
          <w:jc w:val="center"/>
        </w:trPr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0291A9" w14:textId="77777777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Mokinio vardas, pavardė (spausdintinėmis raidėmis)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C9AEE2A" w14:textId="77777777" w:rsidR="00086BA4" w:rsidRPr="00DC28A2" w:rsidRDefault="00086BA4">
            <w:pPr>
              <w:rPr>
                <w:bCs/>
                <w:lang w:val="lt-LT"/>
              </w:rPr>
            </w:pPr>
          </w:p>
        </w:tc>
      </w:tr>
      <w:tr w:rsidR="00086BA4" w:rsidRPr="00DC28A2" w14:paraId="447AB60A" w14:textId="77777777">
        <w:trPr>
          <w:jc w:val="center"/>
        </w:trPr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7918C5" w14:textId="77777777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Asmens kodas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B81E99" w14:textId="77777777" w:rsidR="00086BA4" w:rsidRPr="00DC28A2" w:rsidRDefault="00086BA4">
            <w:pPr>
              <w:rPr>
                <w:bCs/>
                <w:lang w:val="lt-LT"/>
              </w:rPr>
            </w:pPr>
          </w:p>
        </w:tc>
      </w:tr>
      <w:tr w:rsidR="00086BA4" w:rsidRPr="00DC28A2" w14:paraId="7F5B0606" w14:textId="77777777">
        <w:trPr>
          <w:jc w:val="center"/>
        </w:trPr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A66B09" w14:textId="77777777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Gimimo data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650419" w14:textId="77777777" w:rsidR="00086BA4" w:rsidRPr="00DC28A2" w:rsidRDefault="00086BA4">
            <w:pPr>
              <w:rPr>
                <w:bCs/>
                <w:lang w:val="lt-LT"/>
              </w:rPr>
            </w:pPr>
          </w:p>
        </w:tc>
      </w:tr>
      <w:tr w:rsidR="00086BA4" w:rsidRPr="00DC28A2" w14:paraId="7C29C94B" w14:textId="77777777">
        <w:trPr>
          <w:jc w:val="center"/>
        </w:trPr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03174D" w14:textId="77777777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Priimti / tęsti mokymąsi nuo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A1E062" w14:textId="718A536D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2026 m. __________________</w:t>
            </w:r>
            <w:r w:rsidR="00A92850" w:rsidRPr="00DC28A2">
              <w:rPr>
                <w:bCs/>
                <w:sz w:val="20"/>
                <w:lang w:val="lt-LT"/>
              </w:rPr>
              <w:t>mėn.___</w:t>
            </w:r>
            <w:r w:rsidRPr="00DC28A2">
              <w:rPr>
                <w:bCs/>
                <w:sz w:val="20"/>
                <w:lang w:val="lt-LT"/>
              </w:rPr>
              <w:t>_ d.</w:t>
            </w:r>
          </w:p>
        </w:tc>
      </w:tr>
      <w:tr w:rsidR="00086BA4" w:rsidRPr="00DC28A2" w14:paraId="2EA28BB1" w14:textId="77777777">
        <w:trPr>
          <w:jc w:val="center"/>
        </w:trPr>
        <w:tc>
          <w:tcPr>
            <w:tcW w:w="35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1C3D34" w14:textId="77777777" w:rsidR="00086BA4" w:rsidRPr="00DC28A2" w:rsidRDefault="00000000">
            <w:pPr>
              <w:rPr>
                <w:bCs/>
                <w:lang w:val="lt-LT"/>
              </w:rPr>
            </w:pPr>
            <w:r w:rsidRPr="00DC28A2">
              <w:rPr>
                <w:bCs/>
                <w:sz w:val="20"/>
                <w:lang w:val="lt-LT"/>
              </w:rPr>
              <w:t>Priimti į klasę</w:t>
            </w:r>
          </w:p>
        </w:tc>
        <w:tc>
          <w:tcPr>
            <w:tcW w:w="612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64D093" w14:textId="77777777" w:rsidR="00086BA4" w:rsidRPr="00DC28A2" w:rsidRDefault="00086BA4">
            <w:pPr>
              <w:rPr>
                <w:bCs/>
                <w:lang w:val="lt-LT"/>
              </w:rPr>
            </w:pPr>
          </w:p>
        </w:tc>
      </w:tr>
    </w:tbl>
    <w:p w14:paraId="2CD5DB8B" w14:textId="77777777" w:rsidR="00086BA4" w:rsidRPr="00DC28A2" w:rsidRDefault="00000000">
      <w:pPr>
        <w:spacing w:before="160" w:after="80"/>
        <w:rPr>
          <w:lang w:val="lt-LT"/>
        </w:rPr>
      </w:pPr>
      <w:r w:rsidRPr="00DC28A2">
        <w:rPr>
          <w:b/>
          <w:lang w:val="lt-LT"/>
        </w:rPr>
        <w:t>Prašome pažymėti pasirenkamą dailės FŠPU programą: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5722"/>
        <w:gridCol w:w="1701"/>
      </w:tblGrid>
      <w:tr w:rsidR="004C162A" w:rsidRPr="00DC28A2" w14:paraId="2A856DD3" w14:textId="77777777" w:rsidTr="004C162A">
        <w:trPr>
          <w:jc w:val="center"/>
        </w:trPr>
        <w:tc>
          <w:tcPr>
            <w:tcW w:w="2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23543FF6" w14:textId="77777777" w:rsidR="004C162A" w:rsidRPr="00DC28A2" w:rsidRDefault="004C162A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Pažymėti</w:t>
            </w:r>
          </w:p>
        </w:tc>
        <w:tc>
          <w:tcPr>
            <w:tcW w:w="5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72267963" w14:textId="77777777" w:rsidR="004C162A" w:rsidRPr="00DC28A2" w:rsidRDefault="004C162A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Programa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490BAD92" w14:textId="77777777" w:rsidR="004C162A" w:rsidRPr="00DC28A2" w:rsidRDefault="004C162A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Klasės / trukmė</w:t>
            </w:r>
          </w:p>
        </w:tc>
      </w:tr>
      <w:tr w:rsidR="004C162A" w:rsidRPr="00DC28A2" w14:paraId="22EA4C76" w14:textId="77777777" w:rsidTr="004C162A">
        <w:trPr>
          <w:jc w:val="center"/>
        </w:trPr>
        <w:tc>
          <w:tcPr>
            <w:tcW w:w="2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D30B59" w14:textId="77777777" w:rsidR="004C162A" w:rsidRPr="00DC28A2" w:rsidRDefault="004C162A">
            <w:pPr>
              <w:jc w:val="center"/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☐</w:t>
            </w:r>
          </w:p>
        </w:tc>
        <w:tc>
          <w:tcPr>
            <w:tcW w:w="5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672B0D" w14:textId="77777777" w:rsidR="004C162A" w:rsidRPr="00DC28A2" w:rsidRDefault="004C162A">
            <w:pPr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Pradinio dailės formalųjį švietimą papildančio ugdymo programa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EB63C4" w14:textId="77777777" w:rsidR="004C162A" w:rsidRPr="00DC28A2" w:rsidRDefault="004C162A">
            <w:pPr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1–3 kl.</w:t>
            </w:r>
          </w:p>
        </w:tc>
      </w:tr>
      <w:tr w:rsidR="004C162A" w:rsidRPr="00DC28A2" w14:paraId="57DFB61A" w14:textId="77777777" w:rsidTr="004C162A">
        <w:trPr>
          <w:jc w:val="center"/>
        </w:trPr>
        <w:tc>
          <w:tcPr>
            <w:tcW w:w="2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840012" w14:textId="77777777" w:rsidR="004C162A" w:rsidRPr="00DC28A2" w:rsidRDefault="004C162A">
            <w:pPr>
              <w:jc w:val="center"/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☐</w:t>
            </w:r>
          </w:p>
        </w:tc>
        <w:tc>
          <w:tcPr>
            <w:tcW w:w="5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0364AB" w14:textId="77777777" w:rsidR="004C162A" w:rsidRPr="00DC28A2" w:rsidRDefault="004C162A">
            <w:pPr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Pagrindinio dailės formalųjį švietimą papildančio ugdymo programa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39BB73" w14:textId="77777777" w:rsidR="004C162A" w:rsidRPr="00DC28A2" w:rsidRDefault="004C162A">
            <w:pPr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4–7 kl.</w:t>
            </w:r>
          </w:p>
        </w:tc>
      </w:tr>
    </w:tbl>
    <w:p w14:paraId="3F96DD3A" w14:textId="77777777" w:rsidR="00086BA4" w:rsidRPr="00DC28A2" w:rsidRDefault="00000000">
      <w:pPr>
        <w:spacing w:before="160" w:after="80"/>
        <w:rPr>
          <w:lang w:val="lt-LT"/>
        </w:rPr>
      </w:pPr>
      <w:r w:rsidRPr="00DC28A2">
        <w:rPr>
          <w:b/>
          <w:lang w:val="lt-LT"/>
        </w:rPr>
        <w:t>Bendros žinios apie tėvus / globėjus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3061"/>
        <w:gridCol w:w="2154"/>
        <w:gridCol w:w="2381"/>
      </w:tblGrid>
      <w:tr w:rsidR="00086BA4" w:rsidRPr="00DC28A2" w14:paraId="126ADA92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19B1DCFA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Ryšys su vaiku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577733AB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Vardas, pavardė</w:t>
            </w: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13060097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Telefono Nr.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</w:tcPr>
          <w:p w14:paraId="68514FAF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El. paštas</w:t>
            </w:r>
          </w:p>
        </w:tc>
      </w:tr>
      <w:tr w:rsidR="00086BA4" w:rsidRPr="00DC28A2" w14:paraId="2D6BCAF9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4FDF65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Motina / globėja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39DCB1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D43238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973F80" w14:textId="77777777" w:rsidR="00086BA4" w:rsidRPr="00DC28A2" w:rsidRDefault="00086BA4">
            <w:pPr>
              <w:rPr>
                <w:lang w:val="lt-LT"/>
              </w:rPr>
            </w:pPr>
          </w:p>
        </w:tc>
      </w:tr>
      <w:tr w:rsidR="00086BA4" w:rsidRPr="00DC28A2" w14:paraId="0AA9D0F8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567226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sz w:val="20"/>
                <w:lang w:val="lt-LT"/>
              </w:rPr>
              <w:t>Tėvas / globėjas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65DE6A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1274B5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140252" w14:textId="77777777" w:rsidR="00086BA4" w:rsidRPr="00DC28A2" w:rsidRDefault="00086BA4">
            <w:pPr>
              <w:rPr>
                <w:lang w:val="lt-LT"/>
              </w:rPr>
            </w:pPr>
          </w:p>
        </w:tc>
      </w:tr>
    </w:tbl>
    <w:p w14:paraId="2FC27104" w14:textId="77777777" w:rsidR="00086BA4" w:rsidRPr="00DC28A2" w:rsidRDefault="00086BA4">
      <w:pPr>
        <w:spacing w:after="40"/>
        <w:rPr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556"/>
      </w:tblGrid>
      <w:tr w:rsidR="00086BA4" w:rsidRPr="00DC28A2" w14:paraId="699FD8C7" w14:textId="77777777">
        <w:trPr>
          <w:trHeight w:val="850"/>
          <w:jc w:val="center"/>
        </w:trPr>
        <w:tc>
          <w:tcPr>
            <w:tcW w:w="40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17685C3" w14:textId="77777777" w:rsidR="00086BA4" w:rsidRPr="00DC28A2" w:rsidRDefault="00000000">
            <w:pPr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Bendrojo lavinimo mokykla (pilnas pavadinimas), klasė, į kurią eis vaikas nuo rugsėjo 1 d., klasės auklėtojas</w:t>
            </w:r>
          </w:p>
        </w:tc>
        <w:tc>
          <w:tcPr>
            <w:tcW w:w="5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F6657A" w14:textId="77777777" w:rsidR="00086BA4" w:rsidRPr="00DC28A2" w:rsidRDefault="00086BA4">
            <w:pPr>
              <w:rPr>
                <w:lang w:val="lt-LT"/>
              </w:rPr>
            </w:pPr>
          </w:p>
        </w:tc>
      </w:tr>
    </w:tbl>
    <w:p w14:paraId="344C33DE" w14:textId="77777777" w:rsidR="00086BA4" w:rsidRPr="00DC28A2" w:rsidRDefault="00000000">
      <w:pPr>
        <w:spacing w:before="160" w:after="80"/>
        <w:rPr>
          <w:lang w:val="lt-LT"/>
        </w:rPr>
      </w:pPr>
      <w:r w:rsidRPr="00DC28A2">
        <w:rPr>
          <w:b/>
          <w:lang w:val="lt-LT"/>
        </w:rPr>
        <w:t>Patvirtinu:</w:t>
      </w:r>
    </w:p>
    <w:p w14:paraId="6A6EA2DD" w14:textId="77777777" w:rsidR="00086BA4" w:rsidRPr="00DC28A2" w:rsidRDefault="00000000">
      <w:pPr>
        <w:spacing w:after="20" w:line="240" w:lineRule="auto"/>
        <w:ind w:left="113"/>
        <w:rPr>
          <w:lang w:val="lt-LT"/>
        </w:rPr>
      </w:pPr>
      <w:r w:rsidRPr="00DC28A2">
        <w:rPr>
          <w:sz w:val="20"/>
          <w:lang w:val="lt-LT"/>
        </w:rPr>
        <w:t>☐ Patvirtinu, kad prašyme pateikti duomenys yra teisingi.</w:t>
      </w:r>
    </w:p>
    <w:p w14:paraId="316AE29C" w14:textId="77777777" w:rsidR="00086BA4" w:rsidRPr="00DC28A2" w:rsidRDefault="00000000">
      <w:pPr>
        <w:spacing w:after="20" w:line="240" w:lineRule="auto"/>
        <w:ind w:left="113"/>
        <w:rPr>
          <w:lang w:val="lt-LT"/>
        </w:rPr>
      </w:pPr>
      <w:r w:rsidRPr="00DC28A2">
        <w:rPr>
          <w:sz w:val="20"/>
          <w:lang w:val="lt-LT"/>
        </w:rPr>
        <w:t>☐ Sutinku, kad mokinio ir tėvų / globėjų asmens duomenys būtų tvarkomi priėmimo, ugdymo organizavimo, apskaitos ir komunikacijos tikslais teisės aktų nustatyta tvarka.</w:t>
      </w:r>
    </w:p>
    <w:p w14:paraId="6C844AD8" w14:textId="77777777" w:rsidR="00086BA4" w:rsidRPr="00DC28A2" w:rsidRDefault="00000000">
      <w:pPr>
        <w:spacing w:after="20" w:line="240" w:lineRule="auto"/>
        <w:ind w:left="113"/>
        <w:rPr>
          <w:lang w:val="lt-LT"/>
        </w:rPr>
      </w:pPr>
      <w:r w:rsidRPr="00DC28A2">
        <w:rPr>
          <w:sz w:val="20"/>
          <w:lang w:val="lt-LT"/>
        </w:rPr>
        <w:t>☐ Esu informuotas (-a), kad galutinis pamokų laikas, grupė ir mokytojas derinami atsižvelgiant į mokyklos galimybes, mokinių skaičių ir ugdymo plano reikalavimus.</w:t>
      </w:r>
    </w:p>
    <w:p w14:paraId="2A3827F2" w14:textId="77777777" w:rsidR="00086BA4" w:rsidRPr="00DC28A2" w:rsidRDefault="00000000">
      <w:pPr>
        <w:spacing w:after="20" w:line="240" w:lineRule="auto"/>
        <w:ind w:left="113"/>
        <w:rPr>
          <w:sz w:val="20"/>
          <w:lang w:val="lt-LT"/>
        </w:rPr>
      </w:pPr>
      <w:r w:rsidRPr="00DC28A2">
        <w:rPr>
          <w:sz w:val="20"/>
          <w:lang w:val="lt-LT"/>
        </w:rPr>
        <w:t>☐ Įsipareigoju informuoti mokyklą pasikeitus kontaktiniams duomenims arba aplinkybėms, svarbioms vaiko ugdymui.</w:t>
      </w:r>
    </w:p>
    <w:p w14:paraId="3355F837" w14:textId="77777777" w:rsidR="00A92850" w:rsidRPr="00DC28A2" w:rsidRDefault="00A92850">
      <w:pPr>
        <w:spacing w:after="20" w:line="240" w:lineRule="auto"/>
        <w:ind w:left="113"/>
        <w:rPr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086BA4" w:rsidRPr="00DC28A2" w14:paraId="16A79C5B" w14:textId="77777777" w:rsidTr="00A92850">
        <w:trPr>
          <w:jc w:val="center"/>
        </w:trPr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50AFDF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Prašymą pateikė</w:t>
            </w:r>
          </w:p>
        </w:tc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77E5F0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Parašas</w:t>
            </w:r>
          </w:p>
        </w:tc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DBCFFA1" w14:textId="77777777" w:rsidR="00086BA4" w:rsidRPr="00DC28A2" w:rsidRDefault="00000000">
            <w:pPr>
              <w:jc w:val="center"/>
              <w:rPr>
                <w:lang w:val="lt-LT"/>
              </w:rPr>
            </w:pPr>
            <w:r w:rsidRPr="00DC28A2">
              <w:rPr>
                <w:b/>
                <w:sz w:val="20"/>
                <w:lang w:val="lt-LT"/>
              </w:rPr>
              <w:t>Vardas, pavardė</w:t>
            </w:r>
          </w:p>
        </w:tc>
      </w:tr>
      <w:tr w:rsidR="00086BA4" w:rsidRPr="00DC28A2" w14:paraId="6DCD9C7A" w14:textId="77777777">
        <w:trPr>
          <w:trHeight w:val="680"/>
          <w:jc w:val="center"/>
        </w:trPr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2612DF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AEB73F" w14:textId="77777777" w:rsidR="00086BA4" w:rsidRPr="00DC28A2" w:rsidRDefault="00086BA4">
            <w:pPr>
              <w:rPr>
                <w:lang w:val="lt-LT"/>
              </w:rPr>
            </w:pPr>
          </w:p>
        </w:tc>
        <w:tc>
          <w:tcPr>
            <w:tcW w:w="3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B8DB9B" w14:textId="77777777" w:rsidR="00086BA4" w:rsidRPr="00DC28A2" w:rsidRDefault="00086BA4">
            <w:pPr>
              <w:rPr>
                <w:lang w:val="lt-LT"/>
              </w:rPr>
            </w:pPr>
          </w:p>
        </w:tc>
      </w:tr>
    </w:tbl>
    <w:p w14:paraId="03F8E5FE" w14:textId="62AF6605" w:rsidR="00086BA4" w:rsidRPr="00DC28A2" w:rsidRDefault="00086BA4" w:rsidP="00A92850">
      <w:pPr>
        <w:spacing w:before="120" w:after="0"/>
        <w:rPr>
          <w:lang w:val="lt-LT"/>
        </w:rPr>
      </w:pPr>
    </w:p>
    <w:sectPr w:rsidR="00086BA4" w:rsidRPr="00DC28A2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882511">
    <w:abstractNumId w:val="8"/>
  </w:num>
  <w:num w:numId="2" w16cid:durableId="251427124">
    <w:abstractNumId w:val="6"/>
  </w:num>
  <w:num w:numId="3" w16cid:durableId="1615361915">
    <w:abstractNumId w:val="5"/>
  </w:num>
  <w:num w:numId="4" w16cid:durableId="383866937">
    <w:abstractNumId w:val="4"/>
  </w:num>
  <w:num w:numId="5" w16cid:durableId="1972780575">
    <w:abstractNumId w:val="7"/>
  </w:num>
  <w:num w:numId="6" w16cid:durableId="1081485437">
    <w:abstractNumId w:val="3"/>
  </w:num>
  <w:num w:numId="7" w16cid:durableId="387345727">
    <w:abstractNumId w:val="2"/>
  </w:num>
  <w:num w:numId="8" w16cid:durableId="1458140661">
    <w:abstractNumId w:val="1"/>
  </w:num>
  <w:num w:numId="9" w16cid:durableId="146715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BA4"/>
    <w:rsid w:val="0015074B"/>
    <w:rsid w:val="001B004E"/>
    <w:rsid w:val="002842E5"/>
    <w:rsid w:val="002930C4"/>
    <w:rsid w:val="0029639D"/>
    <w:rsid w:val="00326F90"/>
    <w:rsid w:val="004C162A"/>
    <w:rsid w:val="00A92850"/>
    <w:rsid w:val="00AA1D8D"/>
    <w:rsid w:val="00B47730"/>
    <w:rsid w:val="00CB0664"/>
    <w:rsid w:val="00DC28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EF4B6"/>
  <w14:defaultImageDpi w14:val="300"/>
  <w15:docId w15:val="{EE984D9B-EE25-4D61-9B38-070F79FF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1210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Apuokas2022</cp:lastModifiedBy>
  <cp:revision>6</cp:revision>
  <dcterms:created xsi:type="dcterms:W3CDTF">2013-12-23T23:15:00Z</dcterms:created>
  <dcterms:modified xsi:type="dcterms:W3CDTF">2026-07-23T05:55:00Z</dcterms:modified>
  <cp:category/>
</cp:coreProperties>
</file>