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B2D9E" w14:textId="4AC29F2F" w:rsidR="00E605A0" w:rsidRPr="00BD29A8" w:rsidRDefault="00000000" w:rsidP="00550273">
      <w:pPr>
        <w:spacing w:after="120" w:line="240" w:lineRule="auto"/>
        <w:jc w:val="center"/>
        <w:rPr>
          <w:rFonts w:cs="Times New Roman"/>
          <w:sz w:val="20"/>
          <w:szCs w:val="20"/>
          <w:lang w:val="lt-LT"/>
        </w:rPr>
      </w:pPr>
      <w:r w:rsidRPr="00BD29A8">
        <w:rPr>
          <w:rFonts w:cs="Times New Roman"/>
          <w:sz w:val="24"/>
          <w:szCs w:val="24"/>
          <w:lang w:val="lt-LT"/>
        </w:rPr>
        <w:t>__________________________________</w:t>
      </w:r>
      <w:r w:rsidR="00550273" w:rsidRPr="00BD29A8">
        <w:rPr>
          <w:rFonts w:cs="Times New Roman"/>
          <w:sz w:val="24"/>
          <w:szCs w:val="24"/>
          <w:lang w:val="lt-LT"/>
        </w:rPr>
        <w:t>______________________________________________</w:t>
      </w:r>
      <w:r w:rsidRPr="00BD29A8">
        <w:rPr>
          <w:rFonts w:cs="Times New Roman"/>
          <w:sz w:val="24"/>
          <w:szCs w:val="24"/>
          <w:lang w:val="lt-LT"/>
        </w:rPr>
        <w:br/>
      </w:r>
      <w:r w:rsidRPr="00BD29A8">
        <w:rPr>
          <w:rFonts w:cs="Times New Roman"/>
          <w:sz w:val="20"/>
          <w:szCs w:val="20"/>
          <w:lang w:val="lt-LT"/>
        </w:rPr>
        <w:t>Teikiančio prašymą tėvo (mamos) (globėjo(s)) vardas, pavardė (spausdintinėmis raidėmis)</w:t>
      </w:r>
      <w:r w:rsidRPr="00BD29A8">
        <w:rPr>
          <w:rFonts w:cs="Times New Roman"/>
          <w:sz w:val="20"/>
          <w:szCs w:val="20"/>
          <w:lang w:val="lt-LT"/>
        </w:rPr>
        <w:br/>
      </w:r>
      <w:r w:rsidRPr="00BD29A8">
        <w:rPr>
          <w:rFonts w:cs="Times New Roman"/>
          <w:sz w:val="24"/>
          <w:szCs w:val="24"/>
          <w:lang w:val="lt-LT"/>
        </w:rPr>
        <w:br/>
        <w:t>_______________________________________________________________________________</w:t>
      </w:r>
      <w:r w:rsidRPr="00BD29A8">
        <w:rPr>
          <w:rFonts w:cs="Times New Roman"/>
          <w:sz w:val="24"/>
          <w:szCs w:val="24"/>
          <w:lang w:val="lt-LT"/>
        </w:rPr>
        <w:br/>
      </w:r>
      <w:r w:rsidRPr="00BD29A8">
        <w:rPr>
          <w:rFonts w:cs="Times New Roman"/>
          <w:sz w:val="20"/>
          <w:szCs w:val="20"/>
          <w:lang w:val="lt-LT"/>
        </w:rPr>
        <w:t>Adresas, mobiliojo tel. numeris, el. paštas</w:t>
      </w:r>
    </w:p>
    <w:p w14:paraId="7DF28DD5" w14:textId="77777777" w:rsidR="00550273" w:rsidRPr="00BD29A8" w:rsidRDefault="00550273">
      <w:pPr>
        <w:spacing w:after="60" w:line="240" w:lineRule="auto"/>
        <w:rPr>
          <w:rFonts w:cs="Times New Roman"/>
          <w:sz w:val="24"/>
          <w:szCs w:val="24"/>
          <w:lang w:val="lt-LT"/>
        </w:rPr>
      </w:pPr>
    </w:p>
    <w:p w14:paraId="7971DE70" w14:textId="65DD82DF" w:rsidR="00E605A0" w:rsidRPr="00BD29A8" w:rsidRDefault="00000000">
      <w:pPr>
        <w:spacing w:after="60" w:line="240" w:lineRule="auto"/>
        <w:rPr>
          <w:rFonts w:cs="Times New Roman"/>
          <w:sz w:val="24"/>
          <w:szCs w:val="24"/>
          <w:lang w:val="lt-LT"/>
        </w:rPr>
      </w:pPr>
      <w:r w:rsidRPr="00BD29A8">
        <w:rPr>
          <w:rFonts w:cs="Times New Roman"/>
          <w:sz w:val="24"/>
          <w:szCs w:val="24"/>
          <w:lang w:val="lt-LT"/>
        </w:rPr>
        <w:t>Biržų Vlado Jakubėno meno mokyklos</w:t>
      </w:r>
      <w:r w:rsidRPr="00BD29A8">
        <w:rPr>
          <w:rFonts w:cs="Times New Roman"/>
          <w:sz w:val="24"/>
          <w:szCs w:val="24"/>
          <w:lang w:val="lt-LT"/>
        </w:rPr>
        <w:br/>
        <w:t>Direktoriui</w:t>
      </w:r>
    </w:p>
    <w:p w14:paraId="4E89D252" w14:textId="77777777" w:rsidR="00550273" w:rsidRPr="00BD29A8" w:rsidRDefault="00550273">
      <w:pPr>
        <w:spacing w:after="60" w:line="240" w:lineRule="auto"/>
        <w:rPr>
          <w:rFonts w:cs="Times New Roman"/>
          <w:sz w:val="24"/>
          <w:szCs w:val="24"/>
          <w:lang w:val="lt-LT"/>
        </w:rPr>
      </w:pPr>
    </w:p>
    <w:p w14:paraId="206F58F0" w14:textId="77777777" w:rsidR="00E605A0" w:rsidRPr="00BD29A8" w:rsidRDefault="00000000">
      <w:pPr>
        <w:spacing w:after="60" w:line="240" w:lineRule="auto"/>
        <w:jc w:val="center"/>
        <w:rPr>
          <w:rFonts w:cs="Times New Roman"/>
          <w:sz w:val="24"/>
          <w:szCs w:val="24"/>
          <w:lang w:val="lt-LT"/>
        </w:rPr>
      </w:pPr>
      <w:r w:rsidRPr="00BD29A8">
        <w:rPr>
          <w:rFonts w:cs="Times New Roman"/>
          <w:b/>
          <w:sz w:val="24"/>
          <w:szCs w:val="24"/>
          <w:lang w:val="lt-LT"/>
        </w:rPr>
        <w:t>P R A Š Y M A S</w:t>
      </w:r>
    </w:p>
    <w:p w14:paraId="6AB3B88A" w14:textId="77777777" w:rsidR="00E605A0" w:rsidRPr="00BD29A8" w:rsidRDefault="00000000">
      <w:pPr>
        <w:spacing w:after="60" w:line="240" w:lineRule="auto"/>
        <w:jc w:val="center"/>
        <w:rPr>
          <w:rFonts w:cs="Times New Roman"/>
          <w:sz w:val="24"/>
          <w:szCs w:val="24"/>
          <w:lang w:val="lt-LT"/>
        </w:rPr>
      </w:pPr>
      <w:r w:rsidRPr="00BD29A8">
        <w:rPr>
          <w:rFonts w:cs="Times New Roman"/>
          <w:b/>
          <w:sz w:val="24"/>
          <w:szCs w:val="24"/>
          <w:lang w:val="lt-LT"/>
        </w:rPr>
        <w:t>DĖL PRIĖMIMO MOKYTIS PAGAL FORMALŲJĮ ŠVIETIMĄ PAPILDANČIO UGDYMO PROGRAMĄ</w:t>
      </w:r>
    </w:p>
    <w:p w14:paraId="0BBB7FAC" w14:textId="3B5C0BE7" w:rsidR="00E605A0" w:rsidRPr="00BD29A8" w:rsidRDefault="00000000">
      <w:pPr>
        <w:spacing w:after="60" w:line="240" w:lineRule="auto"/>
        <w:jc w:val="center"/>
        <w:rPr>
          <w:rFonts w:cs="Times New Roman"/>
          <w:sz w:val="24"/>
          <w:szCs w:val="24"/>
          <w:lang w:val="lt-LT"/>
        </w:rPr>
      </w:pPr>
      <w:r w:rsidRPr="00BD29A8">
        <w:rPr>
          <w:rFonts w:cs="Times New Roman"/>
          <w:sz w:val="24"/>
          <w:szCs w:val="24"/>
          <w:lang w:val="lt-LT"/>
        </w:rPr>
        <w:t>20</w:t>
      </w:r>
      <w:r w:rsidR="00626E71" w:rsidRPr="00BD29A8">
        <w:rPr>
          <w:rFonts w:cs="Times New Roman"/>
          <w:sz w:val="24"/>
          <w:szCs w:val="24"/>
          <w:lang w:val="lt-LT"/>
        </w:rPr>
        <w:t xml:space="preserve">26 </w:t>
      </w:r>
      <w:r w:rsidRPr="00BD29A8">
        <w:rPr>
          <w:rFonts w:cs="Times New Roman"/>
          <w:sz w:val="24"/>
          <w:szCs w:val="24"/>
          <w:lang w:val="lt-LT"/>
        </w:rPr>
        <w:t xml:space="preserve">m.   </w:t>
      </w:r>
      <w:r w:rsidR="00550273" w:rsidRPr="00BD29A8">
        <w:rPr>
          <w:rFonts w:cs="Times New Roman"/>
          <w:sz w:val="24"/>
          <w:szCs w:val="24"/>
          <w:lang w:val="lt-LT"/>
        </w:rPr>
        <w:t>______________________</w:t>
      </w:r>
      <w:r w:rsidR="00626E71" w:rsidRPr="00BD29A8">
        <w:rPr>
          <w:rFonts w:cs="Times New Roman"/>
          <w:sz w:val="24"/>
          <w:szCs w:val="24"/>
          <w:lang w:val="lt-LT"/>
        </w:rPr>
        <w:t xml:space="preserve">mėn. </w:t>
      </w:r>
      <w:r w:rsidR="00550273" w:rsidRPr="00BD29A8">
        <w:rPr>
          <w:rFonts w:cs="Times New Roman"/>
          <w:sz w:val="24"/>
          <w:szCs w:val="24"/>
          <w:lang w:val="lt-LT"/>
        </w:rPr>
        <w:t>_____</w:t>
      </w:r>
      <w:r w:rsidRPr="00BD29A8">
        <w:rPr>
          <w:rFonts w:cs="Times New Roman"/>
          <w:sz w:val="24"/>
          <w:szCs w:val="24"/>
          <w:lang w:val="lt-LT"/>
        </w:rPr>
        <w:t xml:space="preserve"> d.</w:t>
      </w:r>
      <w:r w:rsidRPr="00BD29A8">
        <w:rPr>
          <w:rFonts w:cs="Times New Roman"/>
          <w:sz w:val="24"/>
          <w:szCs w:val="24"/>
          <w:lang w:val="lt-LT"/>
        </w:rPr>
        <w:br/>
        <w:t>Biržai</w:t>
      </w:r>
    </w:p>
    <w:p w14:paraId="28CE088A" w14:textId="77777777" w:rsidR="00550273" w:rsidRPr="00BD29A8" w:rsidRDefault="00550273" w:rsidP="00550273">
      <w:pPr>
        <w:spacing w:after="100"/>
        <w:ind w:firstLine="720"/>
        <w:rPr>
          <w:rFonts w:cs="Times New Roman"/>
          <w:sz w:val="24"/>
          <w:szCs w:val="24"/>
          <w:lang w:val="lt-LT"/>
        </w:rPr>
      </w:pPr>
    </w:p>
    <w:p w14:paraId="3C2B3A8F" w14:textId="784FCF3B" w:rsidR="00550273" w:rsidRPr="00BD29A8" w:rsidRDefault="00550273" w:rsidP="00550273">
      <w:pPr>
        <w:spacing w:after="100"/>
        <w:ind w:firstLine="720"/>
        <w:rPr>
          <w:rFonts w:cs="Times New Roman"/>
          <w:sz w:val="24"/>
          <w:szCs w:val="24"/>
          <w:lang w:val="lt-LT"/>
        </w:rPr>
      </w:pPr>
      <w:r w:rsidRPr="00BD29A8">
        <w:rPr>
          <w:rFonts w:cs="Times New Roman"/>
          <w:sz w:val="24"/>
          <w:szCs w:val="24"/>
          <w:lang w:val="lt-LT"/>
        </w:rPr>
        <w:t>Prašau priimti mano dukrą / sūnų / globotinį ____________________________________________________________ mokytis į Biržų Vlado Jakubėno meno mokyklą pagal Formalųjį švietimą papildančio ugdymo programą.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3791"/>
        <w:gridCol w:w="6561"/>
      </w:tblGrid>
      <w:tr w:rsidR="00550273" w:rsidRPr="00BD29A8" w14:paraId="1B48081D" w14:textId="77777777" w:rsidTr="00550273">
        <w:trPr>
          <w:trHeight w:val="614"/>
          <w:jc w:val="center"/>
        </w:trPr>
        <w:tc>
          <w:tcPr>
            <w:tcW w:w="3791" w:type="dxa"/>
            <w:shd w:val="clear" w:color="auto" w:fill="EDEDED"/>
            <w:vAlign w:val="center"/>
          </w:tcPr>
          <w:p w14:paraId="61724F12" w14:textId="77777777" w:rsidR="00550273" w:rsidRPr="00BD29A8" w:rsidRDefault="00550273" w:rsidP="00C4676E">
            <w:pPr>
              <w:rPr>
                <w:rFonts w:cs="Times New Roman"/>
                <w:bCs/>
                <w:sz w:val="24"/>
                <w:szCs w:val="24"/>
                <w:lang w:val="lt-LT"/>
              </w:rPr>
            </w:pPr>
            <w:r w:rsidRPr="00BD29A8">
              <w:rPr>
                <w:rFonts w:cs="Times New Roman"/>
                <w:bCs/>
                <w:sz w:val="24"/>
                <w:szCs w:val="24"/>
                <w:lang w:val="lt-LT"/>
              </w:rPr>
              <w:t>Mokinio vardas, pavardė (spausdintinėmis raidėmis)</w:t>
            </w:r>
          </w:p>
        </w:tc>
        <w:tc>
          <w:tcPr>
            <w:tcW w:w="6561" w:type="dxa"/>
          </w:tcPr>
          <w:p w14:paraId="79505E8C" w14:textId="77777777" w:rsidR="00550273" w:rsidRPr="00BD29A8" w:rsidRDefault="00550273" w:rsidP="00C4676E">
            <w:pPr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550273" w:rsidRPr="00BD29A8" w14:paraId="4AE2E12C" w14:textId="77777777" w:rsidTr="00550273">
        <w:trPr>
          <w:jc w:val="center"/>
        </w:trPr>
        <w:tc>
          <w:tcPr>
            <w:tcW w:w="3791" w:type="dxa"/>
            <w:shd w:val="clear" w:color="auto" w:fill="EDEDED"/>
            <w:vAlign w:val="center"/>
          </w:tcPr>
          <w:p w14:paraId="356BFFB3" w14:textId="77777777" w:rsidR="00550273" w:rsidRPr="00BD29A8" w:rsidRDefault="00550273" w:rsidP="00C4676E">
            <w:pPr>
              <w:rPr>
                <w:rFonts w:cs="Times New Roman"/>
                <w:bCs/>
                <w:sz w:val="24"/>
                <w:szCs w:val="24"/>
                <w:lang w:val="lt-LT"/>
              </w:rPr>
            </w:pPr>
            <w:r w:rsidRPr="00BD29A8">
              <w:rPr>
                <w:rFonts w:cs="Times New Roman"/>
                <w:bCs/>
                <w:sz w:val="24"/>
                <w:szCs w:val="24"/>
                <w:lang w:val="lt-LT"/>
              </w:rPr>
              <w:t>Asmens kodas</w:t>
            </w:r>
          </w:p>
        </w:tc>
        <w:tc>
          <w:tcPr>
            <w:tcW w:w="6561" w:type="dxa"/>
          </w:tcPr>
          <w:p w14:paraId="0B3D5497" w14:textId="77777777" w:rsidR="00550273" w:rsidRPr="00BD29A8" w:rsidRDefault="00550273" w:rsidP="00C4676E">
            <w:pPr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550273" w:rsidRPr="00BD29A8" w14:paraId="54D9D543" w14:textId="77777777" w:rsidTr="00550273">
        <w:trPr>
          <w:jc w:val="center"/>
        </w:trPr>
        <w:tc>
          <w:tcPr>
            <w:tcW w:w="3791" w:type="dxa"/>
            <w:shd w:val="clear" w:color="auto" w:fill="EDEDED"/>
            <w:vAlign w:val="center"/>
          </w:tcPr>
          <w:p w14:paraId="7CE53749" w14:textId="77777777" w:rsidR="00550273" w:rsidRPr="00BD29A8" w:rsidRDefault="00550273" w:rsidP="00C4676E">
            <w:pPr>
              <w:rPr>
                <w:rFonts w:cs="Times New Roman"/>
                <w:bCs/>
                <w:sz w:val="24"/>
                <w:szCs w:val="24"/>
                <w:lang w:val="lt-LT"/>
              </w:rPr>
            </w:pPr>
            <w:r w:rsidRPr="00BD29A8">
              <w:rPr>
                <w:rFonts w:cs="Times New Roman"/>
                <w:bCs/>
                <w:sz w:val="24"/>
                <w:szCs w:val="24"/>
                <w:lang w:val="lt-LT"/>
              </w:rPr>
              <w:t>Gimimo data</w:t>
            </w:r>
          </w:p>
        </w:tc>
        <w:tc>
          <w:tcPr>
            <w:tcW w:w="6561" w:type="dxa"/>
          </w:tcPr>
          <w:p w14:paraId="0086F7B7" w14:textId="77777777" w:rsidR="00550273" w:rsidRPr="00BD29A8" w:rsidRDefault="00550273" w:rsidP="00C4676E">
            <w:pPr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550273" w:rsidRPr="00BD29A8" w14:paraId="2C7CE731" w14:textId="77777777" w:rsidTr="00550273">
        <w:trPr>
          <w:jc w:val="center"/>
        </w:trPr>
        <w:tc>
          <w:tcPr>
            <w:tcW w:w="3791" w:type="dxa"/>
            <w:shd w:val="clear" w:color="auto" w:fill="EDEDED"/>
            <w:vAlign w:val="center"/>
          </w:tcPr>
          <w:p w14:paraId="43D74481" w14:textId="77777777" w:rsidR="00550273" w:rsidRPr="00BD29A8" w:rsidRDefault="00550273" w:rsidP="00C4676E">
            <w:pPr>
              <w:rPr>
                <w:rFonts w:cs="Times New Roman"/>
                <w:bCs/>
                <w:sz w:val="24"/>
                <w:szCs w:val="24"/>
                <w:lang w:val="lt-LT"/>
              </w:rPr>
            </w:pPr>
            <w:r w:rsidRPr="00BD29A8">
              <w:rPr>
                <w:rFonts w:cs="Times New Roman"/>
                <w:bCs/>
                <w:sz w:val="24"/>
                <w:szCs w:val="24"/>
                <w:lang w:val="lt-LT"/>
              </w:rPr>
              <w:t>Priimti / tęsti mokymąsi nuo</w:t>
            </w:r>
          </w:p>
        </w:tc>
        <w:tc>
          <w:tcPr>
            <w:tcW w:w="6561" w:type="dxa"/>
          </w:tcPr>
          <w:p w14:paraId="346BF403" w14:textId="30116B6A" w:rsidR="00550273" w:rsidRPr="00BD29A8" w:rsidRDefault="00550273" w:rsidP="00C4676E">
            <w:pPr>
              <w:rPr>
                <w:rFonts w:cs="Times New Roman"/>
                <w:sz w:val="24"/>
                <w:szCs w:val="24"/>
                <w:lang w:val="lt-LT"/>
              </w:rPr>
            </w:pPr>
            <w:r w:rsidRPr="00BD29A8">
              <w:rPr>
                <w:rFonts w:cs="Times New Roman"/>
                <w:sz w:val="24"/>
                <w:szCs w:val="24"/>
                <w:lang w:val="lt-LT"/>
              </w:rPr>
              <w:t>2026 m. ________________________</w:t>
            </w:r>
            <w:r w:rsidR="00626E71" w:rsidRPr="00BD29A8">
              <w:rPr>
                <w:rFonts w:cs="Times New Roman"/>
                <w:sz w:val="24"/>
                <w:szCs w:val="24"/>
                <w:lang w:val="lt-LT"/>
              </w:rPr>
              <w:t xml:space="preserve">mėn. </w:t>
            </w:r>
            <w:r w:rsidRPr="00BD29A8">
              <w:rPr>
                <w:rFonts w:cs="Times New Roman"/>
                <w:sz w:val="24"/>
                <w:szCs w:val="24"/>
                <w:lang w:val="lt-LT"/>
              </w:rPr>
              <w:t>______ d.</w:t>
            </w:r>
          </w:p>
        </w:tc>
      </w:tr>
      <w:tr w:rsidR="00550273" w:rsidRPr="00BD29A8" w14:paraId="604125E3" w14:textId="77777777" w:rsidTr="00550273">
        <w:trPr>
          <w:jc w:val="center"/>
        </w:trPr>
        <w:tc>
          <w:tcPr>
            <w:tcW w:w="3791" w:type="dxa"/>
            <w:shd w:val="clear" w:color="auto" w:fill="EDEDED"/>
            <w:vAlign w:val="center"/>
          </w:tcPr>
          <w:p w14:paraId="4EBDFCF2" w14:textId="583EC28B" w:rsidR="00550273" w:rsidRPr="00BD29A8" w:rsidRDefault="00550273" w:rsidP="00C4676E">
            <w:pPr>
              <w:rPr>
                <w:rFonts w:cs="Times New Roman"/>
                <w:bCs/>
                <w:sz w:val="24"/>
                <w:szCs w:val="24"/>
                <w:lang w:val="lt-LT"/>
              </w:rPr>
            </w:pPr>
            <w:r w:rsidRPr="00BD29A8">
              <w:rPr>
                <w:rFonts w:cs="Times New Roman"/>
                <w:bCs/>
                <w:sz w:val="24"/>
                <w:szCs w:val="24"/>
                <w:lang w:val="lt-LT"/>
              </w:rPr>
              <w:t xml:space="preserve">Priimti į klasę </w:t>
            </w:r>
          </w:p>
        </w:tc>
        <w:tc>
          <w:tcPr>
            <w:tcW w:w="6561" w:type="dxa"/>
          </w:tcPr>
          <w:p w14:paraId="699DA7F4" w14:textId="77777777" w:rsidR="00550273" w:rsidRPr="00BD29A8" w:rsidRDefault="00550273" w:rsidP="00C4676E">
            <w:pPr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</w:tbl>
    <w:p w14:paraId="698537F2" w14:textId="77777777" w:rsidR="00E605A0" w:rsidRPr="00BD29A8" w:rsidRDefault="00000000">
      <w:pPr>
        <w:spacing w:after="60" w:line="240" w:lineRule="auto"/>
        <w:rPr>
          <w:rFonts w:cs="Times New Roman"/>
          <w:sz w:val="24"/>
          <w:szCs w:val="24"/>
          <w:lang w:val="lt-LT"/>
        </w:rPr>
      </w:pPr>
      <w:r w:rsidRPr="00BD29A8">
        <w:rPr>
          <w:rFonts w:cs="Times New Roman"/>
          <w:b/>
          <w:sz w:val="24"/>
          <w:szCs w:val="24"/>
          <w:lang w:val="lt-LT"/>
        </w:rPr>
        <w:t>Prašome pažymėti pasirenkamą FŠPU programą: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26"/>
        <w:gridCol w:w="5563"/>
        <w:gridCol w:w="2564"/>
      </w:tblGrid>
      <w:tr w:rsidR="00550273" w:rsidRPr="00BD29A8" w14:paraId="49471490" w14:textId="77777777" w:rsidTr="00550273">
        <w:trPr>
          <w:jc w:val="center"/>
        </w:trPr>
        <w:tc>
          <w:tcPr>
            <w:tcW w:w="212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shd w:val="clear" w:color="auto" w:fill="D9EAD3"/>
            <w:vAlign w:val="center"/>
          </w:tcPr>
          <w:p w14:paraId="36C038E6" w14:textId="77777777" w:rsidR="00550273" w:rsidRPr="00BD29A8" w:rsidRDefault="00550273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  <w:r w:rsidRPr="00BD29A8">
              <w:rPr>
                <w:rFonts w:cs="Times New Roman"/>
                <w:b/>
                <w:sz w:val="24"/>
                <w:szCs w:val="24"/>
                <w:lang w:val="lt-LT"/>
              </w:rPr>
              <w:t>Pažymėti</w:t>
            </w:r>
          </w:p>
        </w:tc>
        <w:tc>
          <w:tcPr>
            <w:tcW w:w="556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shd w:val="clear" w:color="auto" w:fill="D9EAD3"/>
            <w:vAlign w:val="center"/>
          </w:tcPr>
          <w:p w14:paraId="07539E4F" w14:textId="77777777" w:rsidR="00550273" w:rsidRPr="00BD29A8" w:rsidRDefault="00550273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  <w:r w:rsidRPr="00BD29A8">
              <w:rPr>
                <w:rFonts w:cs="Times New Roman"/>
                <w:b/>
                <w:sz w:val="24"/>
                <w:szCs w:val="24"/>
                <w:lang w:val="lt-LT"/>
              </w:rPr>
              <w:t>Programa</w:t>
            </w:r>
          </w:p>
        </w:tc>
        <w:tc>
          <w:tcPr>
            <w:tcW w:w="2564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shd w:val="clear" w:color="auto" w:fill="D9EAD3"/>
            <w:vAlign w:val="center"/>
          </w:tcPr>
          <w:p w14:paraId="2DECEC81" w14:textId="77777777" w:rsidR="00550273" w:rsidRPr="00BD29A8" w:rsidRDefault="00550273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  <w:r w:rsidRPr="00BD29A8">
              <w:rPr>
                <w:rFonts w:cs="Times New Roman"/>
                <w:b/>
                <w:sz w:val="24"/>
                <w:szCs w:val="24"/>
                <w:lang w:val="lt-LT"/>
              </w:rPr>
              <w:t>Klasės</w:t>
            </w:r>
          </w:p>
        </w:tc>
      </w:tr>
      <w:tr w:rsidR="00550273" w:rsidRPr="00BD29A8" w14:paraId="29FDC1DF" w14:textId="77777777" w:rsidTr="00550273">
        <w:trPr>
          <w:jc w:val="center"/>
        </w:trPr>
        <w:tc>
          <w:tcPr>
            <w:tcW w:w="212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46ECBA8B" w14:textId="77777777" w:rsidR="00550273" w:rsidRPr="00BD29A8" w:rsidRDefault="0055027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lt-LT"/>
              </w:rPr>
            </w:pPr>
            <w:r w:rsidRPr="00BD29A8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</w:p>
        </w:tc>
        <w:tc>
          <w:tcPr>
            <w:tcW w:w="556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02BD455C" w14:textId="77777777" w:rsidR="00550273" w:rsidRPr="00BD29A8" w:rsidRDefault="00550273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  <w:r w:rsidRPr="00BD29A8">
              <w:rPr>
                <w:rFonts w:cs="Times New Roman"/>
                <w:sz w:val="24"/>
                <w:szCs w:val="24"/>
                <w:lang w:val="lt-LT"/>
              </w:rPr>
              <w:t>Pradinis muzikinis FŠPU</w:t>
            </w:r>
          </w:p>
        </w:tc>
        <w:tc>
          <w:tcPr>
            <w:tcW w:w="2564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321A8C40" w14:textId="77777777" w:rsidR="00550273" w:rsidRPr="00BD29A8" w:rsidRDefault="00550273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  <w:r w:rsidRPr="00BD29A8">
              <w:rPr>
                <w:rFonts w:cs="Times New Roman"/>
                <w:sz w:val="24"/>
                <w:szCs w:val="24"/>
                <w:lang w:val="lt-LT"/>
              </w:rPr>
              <w:t>1–4 kl.</w:t>
            </w:r>
          </w:p>
        </w:tc>
      </w:tr>
      <w:tr w:rsidR="00550273" w:rsidRPr="00BD29A8" w14:paraId="50312B3E" w14:textId="77777777" w:rsidTr="00550273">
        <w:trPr>
          <w:jc w:val="center"/>
        </w:trPr>
        <w:tc>
          <w:tcPr>
            <w:tcW w:w="212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070344EF" w14:textId="77777777" w:rsidR="00550273" w:rsidRPr="00BD29A8" w:rsidRDefault="0055027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lt-LT"/>
              </w:rPr>
            </w:pPr>
            <w:r w:rsidRPr="00BD29A8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</w:p>
        </w:tc>
        <w:tc>
          <w:tcPr>
            <w:tcW w:w="556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23782BCA" w14:textId="77777777" w:rsidR="00550273" w:rsidRPr="00BD29A8" w:rsidRDefault="00550273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  <w:r w:rsidRPr="00BD29A8">
              <w:rPr>
                <w:rFonts w:cs="Times New Roman"/>
                <w:sz w:val="24"/>
                <w:szCs w:val="24"/>
                <w:lang w:val="lt-LT"/>
              </w:rPr>
              <w:t>Pagrindinis muzikinis FŠPU</w:t>
            </w:r>
          </w:p>
        </w:tc>
        <w:tc>
          <w:tcPr>
            <w:tcW w:w="2564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5434A93E" w14:textId="77777777" w:rsidR="00550273" w:rsidRPr="00BD29A8" w:rsidRDefault="00550273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  <w:r w:rsidRPr="00BD29A8">
              <w:rPr>
                <w:rFonts w:cs="Times New Roman"/>
                <w:sz w:val="24"/>
                <w:szCs w:val="24"/>
                <w:lang w:val="lt-LT"/>
              </w:rPr>
              <w:t>5–8 kl.</w:t>
            </w:r>
          </w:p>
        </w:tc>
      </w:tr>
    </w:tbl>
    <w:p w14:paraId="54435A84" w14:textId="77777777" w:rsidR="00E605A0" w:rsidRPr="00BD29A8" w:rsidRDefault="00000000">
      <w:pPr>
        <w:spacing w:after="60" w:line="240" w:lineRule="auto"/>
        <w:rPr>
          <w:rFonts w:cs="Times New Roman"/>
          <w:sz w:val="24"/>
          <w:szCs w:val="24"/>
          <w:lang w:val="lt-LT"/>
        </w:rPr>
      </w:pPr>
      <w:r w:rsidRPr="00BD29A8">
        <w:rPr>
          <w:rFonts w:cs="Times New Roman"/>
          <w:b/>
          <w:sz w:val="24"/>
          <w:szCs w:val="24"/>
          <w:lang w:val="lt-LT"/>
        </w:rPr>
        <w:t>Muzikinio ugdymo pasirinkimas, pildoma pasirinkus muzikinę FŠPU programą: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35"/>
        <w:gridCol w:w="3685"/>
        <w:gridCol w:w="4552"/>
      </w:tblGrid>
      <w:tr w:rsidR="00E605A0" w:rsidRPr="00BD29A8" w14:paraId="67FF2F43" w14:textId="77777777" w:rsidTr="00550273">
        <w:trPr>
          <w:jc w:val="center"/>
        </w:trPr>
        <w:tc>
          <w:tcPr>
            <w:tcW w:w="223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shd w:val="clear" w:color="auto" w:fill="D9EAD3"/>
            <w:vAlign w:val="center"/>
          </w:tcPr>
          <w:p w14:paraId="36F45118" w14:textId="77777777" w:rsidR="00E605A0" w:rsidRPr="00BD29A8" w:rsidRDefault="00000000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  <w:r w:rsidRPr="00BD29A8">
              <w:rPr>
                <w:rFonts w:cs="Times New Roman"/>
                <w:b/>
                <w:sz w:val="24"/>
                <w:szCs w:val="24"/>
                <w:lang w:val="lt-LT"/>
              </w:rPr>
              <w:t>Pažymėti</w:t>
            </w:r>
          </w:p>
        </w:tc>
        <w:tc>
          <w:tcPr>
            <w:tcW w:w="368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shd w:val="clear" w:color="auto" w:fill="D9EAD3"/>
            <w:vAlign w:val="center"/>
          </w:tcPr>
          <w:p w14:paraId="55D7E913" w14:textId="77777777" w:rsidR="00E605A0" w:rsidRPr="00BD29A8" w:rsidRDefault="00000000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  <w:r w:rsidRPr="00BD29A8">
              <w:rPr>
                <w:rFonts w:cs="Times New Roman"/>
                <w:b/>
                <w:sz w:val="24"/>
                <w:szCs w:val="24"/>
                <w:lang w:val="lt-LT"/>
              </w:rPr>
              <w:t>Muzikavimo programa / instrumentas</w:t>
            </w:r>
          </w:p>
        </w:tc>
        <w:tc>
          <w:tcPr>
            <w:tcW w:w="4552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shd w:val="clear" w:color="auto" w:fill="D9EAD3"/>
            <w:vAlign w:val="center"/>
          </w:tcPr>
          <w:p w14:paraId="57155232" w14:textId="77777777" w:rsidR="00E605A0" w:rsidRPr="00BD29A8" w:rsidRDefault="00000000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  <w:r w:rsidRPr="00BD29A8">
              <w:rPr>
                <w:rFonts w:cs="Times New Roman"/>
                <w:b/>
                <w:sz w:val="24"/>
                <w:szCs w:val="24"/>
                <w:lang w:val="lt-LT"/>
              </w:rPr>
              <w:t>Pageidaujamas mokytojas / pastaba</w:t>
            </w:r>
          </w:p>
        </w:tc>
      </w:tr>
      <w:tr w:rsidR="00E605A0" w:rsidRPr="00BD29A8" w14:paraId="1C2260E7" w14:textId="77777777" w:rsidTr="00550273">
        <w:trPr>
          <w:jc w:val="center"/>
        </w:trPr>
        <w:tc>
          <w:tcPr>
            <w:tcW w:w="223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43C51B25" w14:textId="77777777" w:rsidR="00E605A0" w:rsidRPr="00BD29A8" w:rsidRDefault="00000000">
            <w:pPr>
              <w:spacing w:after="0" w:line="240" w:lineRule="auto"/>
              <w:jc w:val="center"/>
              <w:rPr>
                <w:rFonts w:cs="Times New Roman"/>
                <w:lang w:val="lt-LT"/>
              </w:rPr>
            </w:pPr>
            <w:r w:rsidRPr="00BD29A8">
              <w:rPr>
                <w:rFonts w:ascii="Segoe UI Symbol" w:hAnsi="Segoe UI Symbol" w:cs="Segoe UI Symbol"/>
                <w:lang w:val="lt-LT"/>
              </w:rPr>
              <w:t>☐</w:t>
            </w:r>
          </w:p>
        </w:tc>
        <w:tc>
          <w:tcPr>
            <w:tcW w:w="368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7BAF334E" w14:textId="77777777" w:rsidR="00E605A0" w:rsidRPr="00BD29A8" w:rsidRDefault="00000000">
            <w:pPr>
              <w:spacing w:after="0" w:line="240" w:lineRule="auto"/>
              <w:rPr>
                <w:rFonts w:cs="Times New Roman"/>
                <w:lang w:val="lt-LT"/>
              </w:rPr>
            </w:pPr>
            <w:r w:rsidRPr="00BD29A8">
              <w:rPr>
                <w:rFonts w:cs="Times New Roman"/>
                <w:lang w:val="lt-LT"/>
              </w:rPr>
              <w:t>Chorinis dainavimas</w:t>
            </w:r>
          </w:p>
        </w:tc>
        <w:tc>
          <w:tcPr>
            <w:tcW w:w="4552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0B502183" w14:textId="2464E378" w:rsidR="00E605A0" w:rsidRPr="00BD29A8" w:rsidRDefault="00E605A0">
            <w:pPr>
              <w:spacing w:after="0" w:line="240" w:lineRule="auto"/>
              <w:rPr>
                <w:rFonts w:cs="Times New Roman"/>
                <w:lang w:val="lt-LT"/>
              </w:rPr>
            </w:pPr>
          </w:p>
        </w:tc>
      </w:tr>
      <w:tr w:rsidR="00E605A0" w:rsidRPr="00BD29A8" w14:paraId="6A679882" w14:textId="77777777" w:rsidTr="00550273">
        <w:trPr>
          <w:jc w:val="center"/>
        </w:trPr>
        <w:tc>
          <w:tcPr>
            <w:tcW w:w="223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6DEC4E3D" w14:textId="77777777" w:rsidR="00E605A0" w:rsidRPr="00BD29A8" w:rsidRDefault="00000000">
            <w:pPr>
              <w:spacing w:after="0" w:line="240" w:lineRule="auto"/>
              <w:jc w:val="center"/>
              <w:rPr>
                <w:rFonts w:cs="Times New Roman"/>
                <w:lang w:val="lt-LT"/>
              </w:rPr>
            </w:pPr>
            <w:r w:rsidRPr="00BD29A8">
              <w:rPr>
                <w:rFonts w:ascii="Segoe UI Symbol" w:hAnsi="Segoe UI Symbol" w:cs="Segoe UI Symbol"/>
                <w:lang w:val="lt-LT"/>
              </w:rPr>
              <w:t>☐</w:t>
            </w:r>
          </w:p>
        </w:tc>
        <w:tc>
          <w:tcPr>
            <w:tcW w:w="368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1D826F93" w14:textId="77777777" w:rsidR="00E605A0" w:rsidRPr="00BD29A8" w:rsidRDefault="00000000">
            <w:pPr>
              <w:spacing w:after="0" w:line="240" w:lineRule="auto"/>
              <w:rPr>
                <w:rFonts w:cs="Times New Roman"/>
                <w:lang w:val="lt-LT"/>
              </w:rPr>
            </w:pPr>
            <w:r w:rsidRPr="00BD29A8">
              <w:rPr>
                <w:rFonts w:cs="Times New Roman"/>
                <w:lang w:val="lt-LT"/>
              </w:rPr>
              <w:t>Fortepijonas</w:t>
            </w:r>
          </w:p>
        </w:tc>
        <w:tc>
          <w:tcPr>
            <w:tcW w:w="4552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2FFF2628" w14:textId="0D37795A" w:rsidR="00E605A0" w:rsidRPr="00BD29A8" w:rsidRDefault="00E605A0">
            <w:pPr>
              <w:spacing w:after="0" w:line="240" w:lineRule="auto"/>
              <w:rPr>
                <w:rFonts w:cs="Times New Roman"/>
                <w:lang w:val="lt-LT"/>
              </w:rPr>
            </w:pPr>
          </w:p>
        </w:tc>
      </w:tr>
      <w:tr w:rsidR="00E605A0" w:rsidRPr="00BD29A8" w14:paraId="4C07B7FE" w14:textId="77777777" w:rsidTr="00550273">
        <w:trPr>
          <w:jc w:val="center"/>
        </w:trPr>
        <w:tc>
          <w:tcPr>
            <w:tcW w:w="223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2352941C" w14:textId="77777777" w:rsidR="00E605A0" w:rsidRPr="00BD29A8" w:rsidRDefault="00000000">
            <w:pPr>
              <w:spacing w:after="0" w:line="240" w:lineRule="auto"/>
              <w:jc w:val="center"/>
              <w:rPr>
                <w:rFonts w:cs="Times New Roman"/>
                <w:lang w:val="lt-LT"/>
              </w:rPr>
            </w:pPr>
            <w:r w:rsidRPr="00BD29A8">
              <w:rPr>
                <w:rFonts w:ascii="Segoe UI Symbol" w:hAnsi="Segoe UI Symbol" w:cs="Segoe UI Symbol"/>
                <w:lang w:val="lt-LT"/>
              </w:rPr>
              <w:t>☐</w:t>
            </w:r>
          </w:p>
        </w:tc>
        <w:tc>
          <w:tcPr>
            <w:tcW w:w="368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3208CAB1" w14:textId="77777777" w:rsidR="00E605A0" w:rsidRPr="00BD29A8" w:rsidRDefault="00000000">
            <w:pPr>
              <w:spacing w:after="0" w:line="240" w:lineRule="auto"/>
              <w:rPr>
                <w:rFonts w:cs="Times New Roman"/>
                <w:lang w:val="lt-LT"/>
              </w:rPr>
            </w:pPr>
            <w:r w:rsidRPr="00BD29A8">
              <w:rPr>
                <w:rFonts w:cs="Times New Roman"/>
                <w:lang w:val="lt-LT"/>
              </w:rPr>
              <w:t>Smuikas</w:t>
            </w:r>
          </w:p>
        </w:tc>
        <w:tc>
          <w:tcPr>
            <w:tcW w:w="4552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1654BDF2" w14:textId="0E967353" w:rsidR="00E605A0" w:rsidRPr="00BD29A8" w:rsidRDefault="00E605A0">
            <w:pPr>
              <w:spacing w:after="0" w:line="240" w:lineRule="auto"/>
              <w:rPr>
                <w:rFonts w:cs="Times New Roman"/>
                <w:lang w:val="lt-LT"/>
              </w:rPr>
            </w:pPr>
          </w:p>
        </w:tc>
      </w:tr>
      <w:tr w:rsidR="00E605A0" w:rsidRPr="00BD29A8" w14:paraId="0A7F7DA7" w14:textId="77777777" w:rsidTr="00550273">
        <w:trPr>
          <w:jc w:val="center"/>
        </w:trPr>
        <w:tc>
          <w:tcPr>
            <w:tcW w:w="223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5F2A6543" w14:textId="77777777" w:rsidR="00E605A0" w:rsidRPr="00BD29A8" w:rsidRDefault="00000000">
            <w:pPr>
              <w:spacing w:after="0" w:line="240" w:lineRule="auto"/>
              <w:jc w:val="center"/>
              <w:rPr>
                <w:rFonts w:cs="Times New Roman"/>
                <w:lang w:val="lt-LT"/>
              </w:rPr>
            </w:pPr>
            <w:r w:rsidRPr="00BD29A8">
              <w:rPr>
                <w:rFonts w:ascii="Segoe UI Symbol" w:hAnsi="Segoe UI Symbol" w:cs="Segoe UI Symbol"/>
                <w:lang w:val="lt-LT"/>
              </w:rPr>
              <w:t>☐</w:t>
            </w:r>
          </w:p>
        </w:tc>
        <w:tc>
          <w:tcPr>
            <w:tcW w:w="368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787B9AF2" w14:textId="77777777" w:rsidR="00E605A0" w:rsidRPr="00BD29A8" w:rsidRDefault="00000000">
            <w:pPr>
              <w:spacing w:after="0" w:line="240" w:lineRule="auto"/>
              <w:rPr>
                <w:rFonts w:cs="Times New Roman"/>
                <w:lang w:val="lt-LT"/>
              </w:rPr>
            </w:pPr>
            <w:r w:rsidRPr="00BD29A8">
              <w:rPr>
                <w:rFonts w:cs="Times New Roman"/>
                <w:lang w:val="lt-LT"/>
              </w:rPr>
              <w:t>Akordeonas</w:t>
            </w:r>
          </w:p>
        </w:tc>
        <w:tc>
          <w:tcPr>
            <w:tcW w:w="4552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38F42D6D" w14:textId="11BFFB38" w:rsidR="00E605A0" w:rsidRPr="00BD29A8" w:rsidRDefault="00E605A0">
            <w:pPr>
              <w:spacing w:after="0" w:line="240" w:lineRule="auto"/>
              <w:rPr>
                <w:rFonts w:cs="Times New Roman"/>
                <w:lang w:val="lt-LT"/>
              </w:rPr>
            </w:pPr>
          </w:p>
        </w:tc>
      </w:tr>
      <w:tr w:rsidR="00E605A0" w:rsidRPr="00BD29A8" w14:paraId="0DDE9D01" w14:textId="77777777" w:rsidTr="00550273">
        <w:trPr>
          <w:jc w:val="center"/>
        </w:trPr>
        <w:tc>
          <w:tcPr>
            <w:tcW w:w="223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580414FB" w14:textId="77777777" w:rsidR="00E605A0" w:rsidRPr="00BD29A8" w:rsidRDefault="00000000">
            <w:pPr>
              <w:spacing w:after="0" w:line="240" w:lineRule="auto"/>
              <w:jc w:val="center"/>
              <w:rPr>
                <w:rFonts w:cs="Times New Roman"/>
                <w:lang w:val="lt-LT"/>
              </w:rPr>
            </w:pPr>
            <w:r w:rsidRPr="00BD29A8">
              <w:rPr>
                <w:rFonts w:ascii="Segoe UI Symbol" w:hAnsi="Segoe UI Symbol" w:cs="Segoe UI Symbol"/>
                <w:lang w:val="lt-LT"/>
              </w:rPr>
              <w:t>☐</w:t>
            </w:r>
          </w:p>
        </w:tc>
        <w:tc>
          <w:tcPr>
            <w:tcW w:w="368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2FA5CC8F" w14:textId="77777777" w:rsidR="00E605A0" w:rsidRPr="00BD29A8" w:rsidRDefault="00000000">
            <w:pPr>
              <w:spacing w:after="0" w:line="240" w:lineRule="auto"/>
              <w:rPr>
                <w:rFonts w:cs="Times New Roman"/>
                <w:lang w:val="lt-LT"/>
              </w:rPr>
            </w:pPr>
            <w:r w:rsidRPr="00BD29A8">
              <w:rPr>
                <w:rFonts w:cs="Times New Roman"/>
                <w:lang w:val="lt-LT"/>
              </w:rPr>
              <w:t>Kanklės</w:t>
            </w:r>
          </w:p>
        </w:tc>
        <w:tc>
          <w:tcPr>
            <w:tcW w:w="4552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06A54898" w14:textId="2D45FE53" w:rsidR="00E605A0" w:rsidRPr="00BD29A8" w:rsidRDefault="00E605A0">
            <w:pPr>
              <w:spacing w:after="0" w:line="240" w:lineRule="auto"/>
              <w:rPr>
                <w:rFonts w:cs="Times New Roman"/>
                <w:lang w:val="lt-LT"/>
              </w:rPr>
            </w:pPr>
          </w:p>
        </w:tc>
      </w:tr>
      <w:tr w:rsidR="00E605A0" w:rsidRPr="00BD29A8" w14:paraId="6E0CCFF9" w14:textId="77777777" w:rsidTr="00550273">
        <w:trPr>
          <w:jc w:val="center"/>
        </w:trPr>
        <w:tc>
          <w:tcPr>
            <w:tcW w:w="223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3039E22A" w14:textId="77777777" w:rsidR="00E605A0" w:rsidRPr="00BD29A8" w:rsidRDefault="00000000">
            <w:pPr>
              <w:spacing w:after="0" w:line="240" w:lineRule="auto"/>
              <w:jc w:val="center"/>
              <w:rPr>
                <w:rFonts w:cs="Times New Roman"/>
                <w:lang w:val="lt-LT"/>
              </w:rPr>
            </w:pPr>
            <w:r w:rsidRPr="00BD29A8">
              <w:rPr>
                <w:rFonts w:ascii="Segoe UI Symbol" w:hAnsi="Segoe UI Symbol" w:cs="Segoe UI Symbol"/>
                <w:lang w:val="lt-LT"/>
              </w:rPr>
              <w:t>☐</w:t>
            </w:r>
          </w:p>
        </w:tc>
        <w:tc>
          <w:tcPr>
            <w:tcW w:w="368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37A644F1" w14:textId="77777777" w:rsidR="00E605A0" w:rsidRPr="00BD29A8" w:rsidRDefault="00000000">
            <w:pPr>
              <w:spacing w:after="0" w:line="240" w:lineRule="auto"/>
              <w:rPr>
                <w:rFonts w:cs="Times New Roman"/>
                <w:lang w:val="lt-LT"/>
              </w:rPr>
            </w:pPr>
            <w:r w:rsidRPr="00BD29A8">
              <w:rPr>
                <w:rFonts w:cs="Times New Roman"/>
                <w:lang w:val="lt-LT"/>
              </w:rPr>
              <w:t>Fleita</w:t>
            </w:r>
          </w:p>
        </w:tc>
        <w:tc>
          <w:tcPr>
            <w:tcW w:w="4552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00AFA9AC" w14:textId="5A2A2304" w:rsidR="00E605A0" w:rsidRPr="00BD29A8" w:rsidRDefault="00E605A0">
            <w:pPr>
              <w:spacing w:after="0" w:line="240" w:lineRule="auto"/>
              <w:rPr>
                <w:rFonts w:cs="Times New Roman"/>
                <w:lang w:val="lt-LT"/>
              </w:rPr>
            </w:pPr>
          </w:p>
        </w:tc>
      </w:tr>
      <w:tr w:rsidR="00E605A0" w:rsidRPr="00BD29A8" w14:paraId="3901A0C5" w14:textId="77777777" w:rsidTr="00550273">
        <w:trPr>
          <w:jc w:val="center"/>
        </w:trPr>
        <w:tc>
          <w:tcPr>
            <w:tcW w:w="223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7C936EE7" w14:textId="77777777" w:rsidR="00E605A0" w:rsidRPr="00BD29A8" w:rsidRDefault="00000000">
            <w:pPr>
              <w:spacing w:after="0" w:line="240" w:lineRule="auto"/>
              <w:jc w:val="center"/>
              <w:rPr>
                <w:rFonts w:cs="Times New Roman"/>
                <w:lang w:val="lt-LT"/>
              </w:rPr>
            </w:pPr>
            <w:r w:rsidRPr="00BD29A8">
              <w:rPr>
                <w:rFonts w:ascii="Segoe UI Symbol" w:hAnsi="Segoe UI Symbol" w:cs="Segoe UI Symbol"/>
                <w:lang w:val="lt-LT"/>
              </w:rPr>
              <w:t>☐</w:t>
            </w:r>
          </w:p>
        </w:tc>
        <w:tc>
          <w:tcPr>
            <w:tcW w:w="368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3F128B6E" w14:textId="77777777" w:rsidR="00E605A0" w:rsidRPr="00BD29A8" w:rsidRDefault="00000000">
            <w:pPr>
              <w:spacing w:after="0" w:line="240" w:lineRule="auto"/>
              <w:rPr>
                <w:rFonts w:cs="Times New Roman"/>
                <w:lang w:val="lt-LT"/>
              </w:rPr>
            </w:pPr>
            <w:r w:rsidRPr="00BD29A8">
              <w:rPr>
                <w:rFonts w:cs="Times New Roman"/>
                <w:lang w:val="lt-LT"/>
              </w:rPr>
              <w:t>Klarnetas</w:t>
            </w:r>
          </w:p>
        </w:tc>
        <w:tc>
          <w:tcPr>
            <w:tcW w:w="4552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457BCA03" w14:textId="088235CF" w:rsidR="00E605A0" w:rsidRPr="00BD29A8" w:rsidRDefault="00E605A0">
            <w:pPr>
              <w:spacing w:after="0" w:line="240" w:lineRule="auto"/>
              <w:rPr>
                <w:rFonts w:cs="Times New Roman"/>
                <w:lang w:val="lt-LT"/>
              </w:rPr>
            </w:pPr>
          </w:p>
        </w:tc>
      </w:tr>
      <w:tr w:rsidR="00E605A0" w:rsidRPr="00BD29A8" w14:paraId="1816E044" w14:textId="77777777" w:rsidTr="00550273">
        <w:trPr>
          <w:jc w:val="center"/>
        </w:trPr>
        <w:tc>
          <w:tcPr>
            <w:tcW w:w="223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0E816A94" w14:textId="77777777" w:rsidR="00E605A0" w:rsidRPr="00BD29A8" w:rsidRDefault="00000000">
            <w:pPr>
              <w:spacing w:after="0" w:line="240" w:lineRule="auto"/>
              <w:jc w:val="center"/>
              <w:rPr>
                <w:rFonts w:cs="Times New Roman"/>
                <w:lang w:val="lt-LT"/>
              </w:rPr>
            </w:pPr>
            <w:r w:rsidRPr="00BD29A8">
              <w:rPr>
                <w:rFonts w:ascii="Segoe UI Symbol" w:hAnsi="Segoe UI Symbol" w:cs="Segoe UI Symbol"/>
                <w:lang w:val="lt-LT"/>
              </w:rPr>
              <w:t>☐</w:t>
            </w:r>
          </w:p>
        </w:tc>
        <w:tc>
          <w:tcPr>
            <w:tcW w:w="368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15E26E69" w14:textId="77777777" w:rsidR="00E605A0" w:rsidRPr="00BD29A8" w:rsidRDefault="00000000">
            <w:pPr>
              <w:spacing w:after="0" w:line="240" w:lineRule="auto"/>
              <w:rPr>
                <w:rFonts w:cs="Times New Roman"/>
                <w:lang w:val="lt-LT"/>
              </w:rPr>
            </w:pPr>
            <w:r w:rsidRPr="00BD29A8">
              <w:rPr>
                <w:rFonts w:cs="Times New Roman"/>
                <w:lang w:val="lt-LT"/>
              </w:rPr>
              <w:t>Saksofonas</w:t>
            </w:r>
          </w:p>
        </w:tc>
        <w:tc>
          <w:tcPr>
            <w:tcW w:w="4552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2AB25FED" w14:textId="0603A056" w:rsidR="00E605A0" w:rsidRPr="00BD29A8" w:rsidRDefault="00E605A0">
            <w:pPr>
              <w:spacing w:after="0" w:line="240" w:lineRule="auto"/>
              <w:rPr>
                <w:rFonts w:cs="Times New Roman"/>
                <w:lang w:val="lt-LT"/>
              </w:rPr>
            </w:pPr>
          </w:p>
        </w:tc>
      </w:tr>
      <w:tr w:rsidR="00E605A0" w:rsidRPr="00BD29A8" w14:paraId="59DAF050" w14:textId="77777777" w:rsidTr="00550273">
        <w:trPr>
          <w:jc w:val="center"/>
        </w:trPr>
        <w:tc>
          <w:tcPr>
            <w:tcW w:w="223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40A64A06" w14:textId="77777777" w:rsidR="00E605A0" w:rsidRPr="00BD29A8" w:rsidRDefault="00000000">
            <w:pPr>
              <w:spacing w:after="0" w:line="240" w:lineRule="auto"/>
              <w:jc w:val="center"/>
              <w:rPr>
                <w:rFonts w:cs="Times New Roman"/>
                <w:lang w:val="lt-LT"/>
              </w:rPr>
            </w:pPr>
            <w:r w:rsidRPr="00BD29A8">
              <w:rPr>
                <w:rFonts w:ascii="Segoe UI Symbol" w:hAnsi="Segoe UI Symbol" w:cs="Segoe UI Symbol"/>
                <w:lang w:val="lt-LT"/>
              </w:rPr>
              <w:t>☐</w:t>
            </w:r>
          </w:p>
        </w:tc>
        <w:tc>
          <w:tcPr>
            <w:tcW w:w="368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4672A04C" w14:textId="77777777" w:rsidR="00E605A0" w:rsidRPr="00BD29A8" w:rsidRDefault="00000000">
            <w:pPr>
              <w:spacing w:after="0" w:line="240" w:lineRule="auto"/>
              <w:rPr>
                <w:rFonts w:cs="Times New Roman"/>
                <w:lang w:val="lt-LT"/>
              </w:rPr>
            </w:pPr>
            <w:r w:rsidRPr="00BD29A8">
              <w:rPr>
                <w:rFonts w:cs="Times New Roman"/>
                <w:lang w:val="lt-LT"/>
              </w:rPr>
              <w:t>Variniai pučiamieji</w:t>
            </w:r>
          </w:p>
        </w:tc>
        <w:tc>
          <w:tcPr>
            <w:tcW w:w="4552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367C4E77" w14:textId="0A91B358" w:rsidR="00E605A0" w:rsidRPr="00BD29A8" w:rsidRDefault="00E605A0">
            <w:pPr>
              <w:spacing w:after="0" w:line="240" w:lineRule="auto"/>
              <w:rPr>
                <w:rFonts w:cs="Times New Roman"/>
                <w:lang w:val="lt-LT"/>
              </w:rPr>
            </w:pPr>
          </w:p>
        </w:tc>
      </w:tr>
      <w:tr w:rsidR="00E605A0" w:rsidRPr="00BD29A8" w14:paraId="4A64A72E" w14:textId="77777777" w:rsidTr="00550273">
        <w:trPr>
          <w:jc w:val="center"/>
        </w:trPr>
        <w:tc>
          <w:tcPr>
            <w:tcW w:w="223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3F421909" w14:textId="77777777" w:rsidR="00E605A0" w:rsidRPr="00BD29A8" w:rsidRDefault="00000000">
            <w:pPr>
              <w:spacing w:after="0" w:line="240" w:lineRule="auto"/>
              <w:jc w:val="center"/>
              <w:rPr>
                <w:rFonts w:cs="Times New Roman"/>
                <w:lang w:val="lt-LT"/>
              </w:rPr>
            </w:pPr>
            <w:r w:rsidRPr="00BD29A8">
              <w:rPr>
                <w:rFonts w:ascii="Segoe UI Symbol" w:hAnsi="Segoe UI Symbol" w:cs="Segoe UI Symbol"/>
                <w:lang w:val="lt-LT"/>
              </w:rPr>
              <w:t>☐</w:t>
            </w:r>
          </w:p>
        </w:tc>
        <w:tc>
          <w:tcPr>
            <w:tcW w:w="368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65C73E4A" w14:textId="77777777" w:rsidR="00E605A0" w:rsidRPr="00BD29A8" w:rsidRDefault="00000000">
            <w:pPr>
              <w:spacing w:after="0" w:line="240" w:lineRule="auto"/>
              <w:rPr>
                <w:rFonts w:cs="Times New Roman"/>
                <w:lang w:val="lt-LT"/>
              </w:rPr>
            </w:pPr>
            <w:r w:rsidRPr="00BD29A8">
              <w:rPr>
                <w:rFonts w:cs="Times New Roman"/>
                <w:lang w:val="lt-LT"/>
              </w:rPr>
              <w:t>Kita: __________________________</w:t>
            </w:r>
          </w:p>
        </w:tc>
        <w:tc>
          <w:tcPr>
            <w:tcW w:w="4552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27AD9CCA" w14:textId="357AA5C5" w:rsidR="00E605A0" w:rsidRPr="00BD29A8" w:rsidRDefault="00E605A0">
            <w:pPr>
              <w:spacing w:after="0" w:line="240" w:lineRule="auto"/>
              <w:rPr>
                <w:rFonts w:cs="Times New Roman"/>
                <w:lang w:val="lt-LT"/>
              </w:rPr>
            </w:pPr>
          </w:p>
        </w:tc>
      </w:tr>
      <w:tr w:rsidR="00550273" w:rsidRPr="00BD29A8" w14:paraId="2C111A13" w14:textId="77777777" w:rsidTr="00550273">
        <w:trPr>
          <w:jc w:val="center"/>
        </w:trPr>
        <w:tc>
          <w:tcPr>
            <w:tcW w:w="223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7BF61161" w14:textId="3D44B7B5" w:rsidR="00550273" w:rsidRPr="00BD29A8" w:rsidRDefault="00550273">
            <w:pPr>
              <w:spacing w:after="0" w:line="240" w:lineRule="auto"/>
              <w:jc w:val="center"/>
              <w:rPr>
                <w:rFonts w:cs="Times New Roman"/>
                <w:lang w:val="lt-LT"/>
              </w:rPr>
            </w:pPr>
            <w:r w:rsidRPr="00BD29A8">
              <w:rPr>
                <w:rFonts w:ascii="Segoe UI Symbol" w:hAnsi="Segoe UI Symbol" w:cs="Segoe UI Symbol"/>
                <w:lang w:val="lt-LT"/>
              </w:rPr>
              <w:t>☐</w:t>
            </w:r>
          </w:p>
        </w:tc>
        <w:tc>
          <w:tcPr>
            <w:tcW w:w="368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2A05B95D" w14:textId="5999246B" w:rsidR="00550273" w:rsidRPr="00BD29A8" w:rsidRDefault="00550273">
            <w:pPr>
              <w:spacing w:after="0" w:line="240" w:lineRule="auto"/>
              <w:rPr>
                <w:rFonts w:cs="Times New Roman"/>
                <w:lang w:val="lt-LT"/>
              </w:rPr>
            </w:pPr>
            <w:r w:rsidRPr="00BD29A8">
              <w:rPr>
                <w:rFonts w:cs="Times New Roman"/>
                <w:lang w:val="lt-LT"/>
              </w:rPr>
              <w:t xml:space="preserve">Antrasis muzikos instrumentas </w:t>
            </w:r>
          </w:p>
        </w:tc>
        <w:tc>
          <w:tcPr>
            <w:tcW w:w="4552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38A4F9D4" w14:textId="77777777" w:rsidR="00550273" w:rsidRPr="00BD29A8" w:rsidRDefault="00550273">
            <w:pPr>
              <w:spacing w:after="0" w:line="240" w:lineRule="auto"/>
              <w:rPr>
                <w:rFonts w:cs="Times New Roman"/>
                <w:lang w:val="lt-LT"/>
              </w:rPr>
            </w:pPr>
          </w:p>
        </w:tc>
      </w:tr>
      <w:tr w:rsidR="00550273" w:rsidRPr="00BD29A8" w14:paraId="67229D81" w14:textId="77777777" w:rsidTr="00550273">
        <w:trPr>
          <w:jc w:val="center"/>
        </w:trPr>
        <w:tc>
          <w:tcPr>
            <w:tcW w:w="223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19E89530" w14:textId="36013E39" w:rsidR="00550273" w:rsidRPr="00BD29A8" w:rsidRDefault="00550273">
            <w:pPr>
              <w:spacing w:after="0" w:line="240" w:lineRule="auto"/>
              <w:jc w:val="center"/>
              <w:rPr>
                <w:rFonts w:cs="Times New Roman"/>
                <w:lang w:val="lt-LT"/>
              </w:rPr>
            </w:pPr>
            <w:r w:rsidRPr="00BD29A8">
              <w:rPr>
                <w:rFonts w:ascii="Segoe UI Symbol" w:hAnsi="Segoe UI Symbol" w:cs="Segoe UI Symbol"/>
                <w:lang w:val="lt-LT"/>
              </w:rPr>
              <w:t>☐</w:t>
            </w:r>
          </w:p>
        </w:tc>
        <w:tc>
          <w:tcPr>
            <w:tcW w:w="368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0AB001DF" w14:textId="3C563F33" w:rsidR="00550273" w:rsidRPr="00BD29A8" w:rsidRDefault="00550273">
            <w:pPr>
              <w:spacing w:after="0" w:line="240" w:lineRule="auto"/>
              <w:rPr>
                <w:rFonts w:cs="Times New Roman"/>
                <w:lang w:val="lt-LT"/>
              </w:rPr>
            </w:pPr>
            <w:r w:rsidRPr="00BD29A8">
              <w:rPr>
                <w:rFonts w:cs="Times New Roman"/>
                <w:lang w:val="lt-LT"/>
              </w:rPr>
              <w:t xml:space="preserve">Solfedžio </w:t>
            </w:r>
          </w:p>
        </w:tc>
        <w:tc>
          <w:tcPr>
            <w:tcW w:w="4552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1D447AAA" w14:textId="77777777" w:rsidR="00550273" w:rsidRPr="00BD29A8" w:rsidRDefault="00550273">
            <w:pPr>
              <w:spacing w:after="0" w:line="240" w:lineRule="auto"/>
              <w:rPr>
                <w:rFonts w:cs="Times New Roman"/>
                <w:lang w:val="lt-LT"/>
              </w:rPr>
            </w:pPr>
          </w:p>
        </w:tc>
      </w:tr>
      <w:tr w:rsidR="00550273" w:rsidRPr="00BD29A8" w14:paraId="3441E5A2" w14:textId="77777777" w:rsidTr="00550273">
        <w:trPr>
          <w:jc w:val="center"/>
        </w:trPr>
        <w:tc>
          <w:tcPr>
            <w:tcW w:w="223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5BFF8BF2" w14:textId="5F134E51" w:rsidR="00550273" w:rsidRPr="00BD29A8" w:rsidRDefault="00550273">
            <w:pPr>
              <w:spacing w:after="0" w:line="240" w:lineRule="auto"/>
              <w:jc w:val="center"/>
              <w:rPr>
                <w:rFonts w:cs="Times New Roman"/>
                <w:lang w:val="lt-LT"/>
              </w:rPr>
            </w:pPr>
            <w:r w:rsidRPr="00BD29A8">
              <w:rPr>
                <w:rFonts w:ascii="Segoe UI Symbol" w:hAnsi="Segoe UI Symbol" w:cs="Segoe UI Symbol"/>
                <w:lang w:val="lt-LT"/>
              </w:rPr>
              <w:t>☐</w:t>
            </w:r>
          </w:p>
        </w:tc>
        <w:tc>
          <w:tcPr>
            <w:tcW w:w="368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75A8B2A1" w14:textId="29267B73" w:rsidR="00550273" w:rsidRPr="00BD29A8" w:rsidRDefault="00550273">
            <w:pPr>
              <w:spacing w:after="0" w:line="240" w:lineRule="auto"/>
              <w:rPr>
                <w:rFonts w:cs="Times New Roman"/>
                <w:lang w:val="lt-LT"/>
              </w:rPr>
            </w:pPr>
            <w:r w:rsidRPr="00BD29A8">
              <w:rPr>
                <w:rFonts w:cs="Times New Roman"/>
                <w:lang w:val="lt-LT"/>
              </w:rPr>
              <w:t xml:space="preserve">Meninis kolektyvas </w:t>
            </w:r>
          </w:p>
        </w:tc>
        <w:tc>
          <w:tcPr>
            <w:tcW w:w="4552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63D9C405" w14:textId="77777777" w:rsidR="00550273" w:rsidRPr="00BD29A8" w:rsidRDefault="00550273">
            <w:pPr>
              <w:spacing w:after="0" w:line="240" w:lineRule="auto"/>
              <w:rPr>
                <w:rFonts w:cs="Times New Roman"/>
                <w:lang w:val="lt-LT"/>
              </w:rPr>
            </w:pPr>
          </w:p>
        </w:tc>
      </w:tr>
      <w:tr w:rsidR="00550273" w:rsidRPr="00BD29A8" w14:paraId="0BD6C6FE" w14:textId="77777777" w:rsidTr="00550273">
        <w:trPr>
          <w:jc w:val="center"/>
        </w:trPr>
        <w:tc>
          <w:tcPr>
            <w:tcW w:w="223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2BAE6D90" w14:textId="499CB6FE" w:rsidR="00550273" w:rsidRPr="00BD29A8" w:rsidRDefault="00550273">
            <w:pPr>
              <w:spacing w:after="0" w:line="240" w:lineRule="auto"/>
              <w:jc w:val="center"/>
              <w:rPr>
                <w:rFonts w:cs="Times New Roman"/>
                <w:lang w:val="lt-LT"/>
              </w:rPr>
            </w:pPr>
            <w:r w:rsidRPr="00BD29A8">
              <w:rPr>
                <w:rFonts w:ascii="Segoe UI Symbol" w:hAnsi="Segoe UI Symbol" w:cs="Segoe UI Symbol"/>
                <w:lang w:val="lt-LT"/>
              </w:rPr>
              <w:t>☐</w:t>
            </w:r>
          </w:p>
        </w:tc>
        <w:tc>
          <w:tcPr>
            <w:tcW w:w="368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5DADFB29" w14:textId="24BA43E5" w:rsidR="00550273" w:rsidRPr="00BD29A8" w:rsidRDefault="00550273">
            <w:pPr>
              <w:spacing w:after="0" w:line="240" w:lineRule="auto"/>
              <w:rPr>
                <w:rFonts w:cs="Times New Roman"/>
                <w:lang w:val="lt-LT"/>
              </w:rPr>
            </w:pPr>
            <w:r w:rsidRPr="00BD29A8">
              <w:rPr>
                <w:rFonts w:cs="Times New Roman"/>
                <w:lang w:val="lt-LT"/>
              </w:rPr>
              <w:t>Choras</w:t>
            </w:r>
          </w:p>
        </w:tc>
        <w:tc>
          <w:tcPr>
            <w:tcW w:w="4552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center"/>
          </w:tcPr>
          <w:p w14:paraId="76894987" w14:textId="77777777" w:rsidR="00550273" w:rsidRPr="00BD29A8" w:rsidRDefault="00550273">
            <w:pPr>
              <w:spacing w:after="0" w:line="240" w:lineRule="auto"/>
              <w:rPr>
                <w:rFonts w:cs="Times New Roman"/>
                <w:lang w:val="lt-LT"/>
              </w:rPr>
            </w:pPr>
          </w:p>
        </w:tc>
      </w:tr>
    </w:tbl>
    <w:p w14:paraId="7766CC6A" w14:textId="77777777" w:rsidR="00032A32" w:rsidRPr="00BD29A8" w:rsidRDefault="00000000" w:rsidP="00032A32">
      <w:pPr>
        <w:spacing w:before="160" w:after="80"/>
        <w:rPr>
          <w:sz w:val="24"/>
          <w:szCs w:val="24"/>
          <w:lang w:val="lt-LT"/>
        </w:rPr>
      </w:pPr>
      <w:r w:rsidRPr="00BD29A8">
        <w:rPr>
          <w:rFonts w:cs="Times New Roman"/>
          <w:sz w:val="24"/>
          <w:szCs w:val="24"/>
          <w:lang w:val="lt-LT"/>
        </w:rPr>
        <w:br w:type="page"/>
      </w:r>
      <w:r w:rsidR="00032A32" w:rsidRPr="00BD29A8">
        <w:rPr>
          <w:b/>
          <w:sz w:val="24"/>
          <w:szCs w:val="24"/>
          <w:lang w:val="lt-LT"/>
        </w:rPr>
        <w:lastRenderedPageBreak/>
        <w:t>Bendros žinios apie tėvus / globėjus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2041"/>
        <w:gridCol w:w="3061"/>
        <w:gridCol w:w="2154"/>
        <w:gridCol w:w="2381"/>
      </w:tblGrid>
      <w:tr w:rsidR="00032A32" w:rsidRPr="00BD29A8" w14:paraId="2221109D" w14:textId="77777777" w:rsidTr="00282423">
        <w:trPr>
          <w:jc w:val="center"/>
        </w:trPr>
        <w:tc>
          <w:tcPr>
            <w:tcW w:w="20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D3"/>
            <w:vAlign w:val="center"/>
          </w:tcPr>
          <w:p w14:paraId="3DBCFE1C" w14:textId="77777777" w:rsidR="00032A32" w:rsidRPr="00BD29A8" w:rsidRDefault="00032A32" w:rsidP="00282423">
            <w:pPr>
              <w:jc w:val="center"/>
              <w:rPr>
                <w:sz w:val="24"/>
                <w:szCs w:val="24"/>
                <w:lang w:val="lt-LT"/>
              </w:rPr>
            </w:pPr>
            <w:r w:rsidRPr="00BD29A8">
              <w:rPr>
                <w:b/>
                <w:sz w:val="24"/>
                <w:szCs w:val="24"/>
                <w:lang w:val="lt-LT"/>
              </w:rPr>
              <w:t>Ryšys su vaiku</w:t>
            </w:r>
          </w:p>
        </w:tc>
        <w:tc>
          <w:tcPr>
            <w:tcW w:w="30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D3"/>
            <w:vAlign w:val="center"/>
          </w:tcPr>
          <w:p w14:paraId="166D5EE7" w14:textId="77777777" w:rsidR="00032A32" w:rsidRPr="00BD29A8" w:rsidRDefault="00032A32" w:rsidP="00282423">
            <w:pPr>
              <w:jc w:val="center"/>
              <w:rPr>
                <w:sz w:val="24"/>
                <w:szCs w:val="24"/>
                <w:lang w:val="lt-LT"/>
              </w:rPr>
            </w:pPr>
            <w:r w:rsidRPr="00BD29A8">
              <w:rPr>
                <w:b/>
                <w:sz w:val="24"/>
                <w:szCs w:val="24"/>
                <w:lang w:val="lt-LT"/>
              </w:rPr>
              <w:t>Vardas, pavardė</w:t>
            </w:r>
          </w:p>
        </w:tc>
        <w:tc>
          <w:tcPr>
            <w:tcW w:w="215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D3"/>
            <w:vAlign w:val="center"/>
          </w:tcPr>
          <w:p w14:paraId="7CDE7884" w14:textId="77777777" w:rsidR="00032A32" w:rsidRPr="00BD29A8" w:rsidRDefault="00032A32" w:rsidP="00282423">
            <w:pPr>
              <w:jc w:val="center"/>
              <w:rPr>
                <w:sz w:val="24"/>
                <w:szCs w:val="24"/>
                <w:lang w:val="lt-LT"/>
              </w:rPr>
            </w:pPr>
            <w:r w:rsidRPr="00BD29A8">
              <w:rPr>
                <w:b/>
                <w:sz w:val="24"/>
                <w:szCs w:val="24"/>
                <w:lang w:val="lt-LT"/>
              </w:rPr>
              <w:t>Telefono Nr.</w:t>
            </w:r>
          </w:p>
        </w:tc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D3"/>
            <w:vAlign w:val="center"/>
          </w:tcPr>
          <w:p w14:paraId="7DC24D6B" w14:textId="77777777" w:rsidR="00032A32" w:rsidRPr="00BD29A8" w:rsidRDefault="00032A32" w:rsidP="00282423">
            <w:pPr>
              <w:jc w:val="center"/>
              <w:rPr>
                <w:sz w:val="24"/>
                <w:szCs w:val="24"/>
                <w:lang w:val="lt-LT"/>
              </w:rPr>
            </w:pPr>
            <w:r w:rsidRPr="00BD29A8">
              <w:rPr>
                <w:b/>
                <w:sz w:val="24"/>
                <w:szCs w:val="24"/>
                <w:lang w:val="lt-LT"/>
              </w:rPr>
              <w:t>El. paštas</w:t>
            </w:r>
          </w:p>
        </w:tc>
      </w:tr>
      <w:tr w:rsidR="00032A32" w:rsidRPr="00BD29A8" w14:paraId="537D3FAF" w14:textId="77777777" w:rsidTr="00282423">
        <w:trPr>
          <w:jc w:val="center"/>
        </w:trPr>
        <w:tc>
          <w:tcPr>
            <w:tcW w:w="20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9870B8F" w14:textId="77777777" w:rsidR="00032A32" w:rsidRPr="00BD29A8" w:rsidRDefault="00032A32" w:rsidP="00282423">
            <w:pPr>
              <w:jc w:val="center"/>
              <w:rPr>
                <w:sz w:val="24"/>
                <w:szCs w:val="24"/>
                <w:lang w:val="lt-LT"/>
              </w:rPr>
            </w:pPr>
            <w:r w:rsidRPr="00BD29A8">
              <w:rPr>
                <w:sz w:val="24"/>
                <w:szCs w:val="24"/>
                <w:lang w:val="lt-LT"/>
              </w:rPr>
              <w:t>Motina / globėja</w:t>
            </w:r>
          </w:p>
        </w:tc>
        <w:tc>
          <w:tcPr>
            <w:tcW w:w="30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CD35373" w14:textId="77777777" w:rsidR="00032A32" w:rsidRPr="00BD29A8" w:rsidRDefault="00032A32" w:rsidP="00282423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15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2354F33" w14:textId="77777777" w:rsidR="00032A32" w:rsidRPr="00BD29A8" w:rsidRDefault="00032A32" w:rsidP="00282423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22C2B12" w14:textId="77777777" w:rsidR="00032A32" w:rsidRPr="00BD29A8" w:rsidRDefault="00032A32" w:rsidP="00282423">
            <w:pPr>
              <w:rPr>
                <w:sz w:val="24"/>
                <w:szCs w:val="24"/>
                <w:lang w:val="lt-LT"/>
              </w:rPr>
            </w:pPr>
          </w:p>
        </w:tc>
      </w:tr>
      <w:tr w:rsidR="00032A32" w:rsidRPr="00BD29A8" w14:paraId="55472D73" w14:textId="77777777" w:rsidTr="00282423">
        <w:trPr>
          <w:jc w:val="center"/>
        </w:trPr>
        <w:tc>
          <w:tcPr>
            <w:tcW w:w="20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700F6DE" w14:textId="77777777" w:rsidR="00032A32" w:rsidRPr="00BD29A8" w:rsidRDefault="00032A32" w:rsidP="00282423">
            <w:pPr>
              <w:jc w:val="center"/>
              <w:rPr>
                <w:sz w:val="24"/>
                <w:szCs w:val="24"/>
                <w:lang w:val="lt-LT"/>
              </w:rPr>
            </w:pPr>
            <w:r w:rsidRPr="00BD29A8">
              <w:rPr>
                <w:sz w:val="24"/>
                <w:szCs w:val="24"/>
                <w:lang w:val="lt-LT"/>
              </w:rPr>
              <w:t>Tėvas / globėjas</w:t>
            </w:r>
          </w:p>
        </w:tc>
        <w:tc>
          <w:tcPr>
            <w:tcW w:w="30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B0B5167" w14:textId="77777777" w:rsidR="00032A32" w:rsidRPr="00BD29A8" w:rsidRDefault="00032A32" w:rsidP="00282423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15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C3EC373" w14:textId="77777777" w:rsidR="00032A32" w:rsidRPr="00BD29A8" w:rsidRDefault="00032A32" w:rsidP="00282423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EDCBCE3" w14:textId="77777777" w:rsidR="00032A32" w:rsidRPr="00BD29A8" w:rsidRDefault="00032A32" w:rsidP="00282423">
            <w:pPr>
              <w:rPr>
                <w:sz w:val="24"/>
                <w:szCs w:val="24"/>
                <w:lang w:val="lt-LT"/>
              </w:rPr>
            </w:pPr>
          </w:p>
        </w:tc>
      </w:tr>
    </w:tbl>
    <w:p w14:paraId="26A77E94" w14:textId="77777777" w:rsidR="00032A32" w:rsidRPr="00BD29A8" w:rsidRDefault="00032A32" w:rsidP="00032A32">
      <w:pPr>
        <w:spacing w:after="40"/>
        <w:rPr>
          <w:sz w:val="24"/>
          <w:szCs w:val="24"/>
          <w:lang w:val="lt-LT"/>
        </w:rPr>
      </w:pP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4082"/>
        <w:gridCol w:w="5556"/>
      </w:tblGrid>
      <w:tr w:rsidR="00032A32" w:rsidRPr="00BD29A8" w14:paraId="38968FE1" w14:textId="77777777" w:rsidTr="00282423">
        <w:trPr>
          <w:trHeight w:val="850"/>
          <w:jc w:val="center"/>
        </w:trPr>
        <w:tc>
          <w:tcPr>
            <w:tcW w:w="40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2AFB987" w14:textId="77777777" w:rsidR="00032A32" w:rsidRPr="00BD29A8" w:rsidRDefault="00032A32" w:rsidP="00282423">
            <w:pPr>
              <w:rPr>
                <w:sz w:val="24"/>
                <w:szCs w:val="24"/>
                <w:lang w:val="lt-LT"/>
              </w:rPr>
            </w:pPr>
            <w:r w:rsidRPr="00BD29A8">
              <w:rPr>
                <w:b/>
                <w:sz w:val="24"/>
                <w:szCs w:val="24"/>
                <w:lang w:val="lt-LT"/>
              </w:rPr>
              <w:t>Bendrojo lavinimo mokykla (pilnas pavadinimas), klasė, į kurią eis vaikas nuo rugsėjo 1 d., klasės auklėtojas</w:t>
            </w:r>
          </w:p>
        </w:tc>
        <w:tc>
          <w:tcPr>
            <w:tcW w:w="5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A6D27A4" w14:textId="77777777" w:rsidR="00032A32" w:rsidRPr="00BD29A8" w:rsidRDefault="00032A32" w:rsidP="00282423">
            <w:pPr>
              <w:rPr>
                <w:sz w:val="24"/>
                <w:szCs w:val="24"/>
                <w:lang w:val="lt-LT"/>
              </w:rPr>
            </w:pPr>
          </w:p>
        </w:tc>
      </w:tr>
    </w:tbl>
    <w:p w14:paraId="6ED1DFA0" w14:textId="031A784B" w:rsidR="00550273" w:rsidRPr="00BD29A8" w:rsidRDefault="00550273" w:rsidP="00032A32">
      <w:pPr>
        <w:spacing w:line="240" w:lineRule="auto"/>
        <w:rPr>
          <w:rFonts w:cs="Times New Roman"/>
          <w:sz w:val="24"/>
          <w:szCs w:val="24"/>
          <w:lang w:val="lt-LT"/>
        </w:rPr>
      </w:pPr>
    </w:p>
    <w:p w14:paraId="430813B6" w14:textId="092137BE" w:rsidR="00550273" w:rsidRPr="00BD29A8" w:rsidRDefault="00550273" w:rsidP="00550273">
      <w:pPr>
        <w:spacing w:before="160" w:after="60"/>
        <w:rPr>
          <w:rFonts w:cs="Times New Roman"/>
          <w:sz w:val="24"/>
          <w:szCs w:val="24"/>
          <w:lang w:val="lt-LT"/>
        </w:rPr>
      </w:pPr>
      <w:r w:rsidRPr="00BD29A8">
        <w:rPr>
          <w:rFonts w:cs="Times New Roman"/>
          <w:b/>
          <w:sz w:val="24"/>
          <w:szCs w:val="24"/>
          <w:lang w:val="lt-LT"/>
        </w:rPr>
        <w:t>Patvirtinu:</w:t>
      </w:r>
    </w:p>
    <w:p w14:paraId="27E8FD98" w14:textId="77777777" w:rsidR="00550273" w:rsidRPr="00BD29A8" w:rsidRDefault="00550273" w:rsidP="00550273">
      <w:pPr>
        <w:spacing w:after="20"/>
        <w:ind w:left="170"/>
        <w:rPr>
          <w:rFonts w:cs="Times New Roman"/>
          <w:sz w:val="24"/>
          <w:szCs w:val="24"/>
          <w:lang w:val="lt-LT"/>
        </w:rPr>
      </w:pPr>
      <w:r w:rsidRPr="00BD29A8">
        <w:rPr>
          <w:rFonts w:ascii="Segoe UI Symbol" w:hAnsi="Segoe UI Symbol" w:cs="Segoe UI Symbol"/>
          <w:sz w:val="24"/>
          <w:szCs w:val="24"/>
          <w:lang w:val="lt-LT"/>
        </w:rPr>
        <w:t>☐</w:t>
      </w:r>
      <w:r w:rsidRPr="00BD29A8">
        <w:rPr>
          <w:rFonts w:cs="Times New Roman"/>
          <w:sz w:val="24"/>
          <w:szCs w:val="24"/>
          <w:lang w:val="lt-LT"/>
        </w:rPr>
        <w:t xml:space="preserve"> Patvirtinu, kad prašyme pateikti duomenys yra teisingi.</w:t>
      </w:r>
    </w:p>
    <w:p w14:paraId="305566D8" w14:textId="77777777" w:rsidR="00550273" w:rsidRPr="00BD29A8" w:rsidRDefault="00550273" w:rsidP="00550273">
      <w:pPr>
        <w:spacing w:after="20"/>
        <w:ind w:left="170"/>
        <w:rPr>
          <w:rFonts w:cs="Times New Roman"/>
          <w:sz w:val="24"/>
          <w:szCs w:val="24"/>
          <w:lang w:val="lt-LT"/>
        </w:rPr>
      </w:pPr>
      <w:r w:rsidRPr="00BD29A8">
        <w:rPr>
          <w:rFonts w:ascii="Segoe UI Symbol" w:hAnsi="Segoe UI Symbol" w:cs="Segoe UI Symbol"/>
          <w:sz w:val="24"/>
          <w:szCs w:val="24"/>
          <w:lang w:val="lt-LT"/>
        </w:rPr>
        <w:t>☐</w:t>
      </w:r>
      <w:r w:rsidRPr="00BD29A8">
        <w:rPr>
          <w:rFonts w:cs="Times New Roman"/>
          <w:sz w:val="24"/>
          <w:szCs w:val="24"/>
          <w:lang w:val="lt-LT"/>
        </w:rPr>
        <w:t xml:space="preserve"> Sutinku, kad mokinio ir tėvų / globėjų asmens duomenys būtų tvarkomi priėmimo, ugdymo organizavimo, apskaitos ir komunikacijos tikslais teisės aktų nustatyta tvarka.</w:t>
      </w:r>
    </w:p>
    <w:p w14:paraId="57572FE7" w14:textId="77777777" w:rsidR="00550273" w:rsidRPr="00BD29A8" w:rsidRDefault="00550273" w:rsidP="00550273">
      <w:pPr>
        <w:spacing w:after="20"/>
        <w:ind w:left="170"/>
        <w:rPr>
          <w:rFonts w:cs="Times New Roman"/>
          <w:sz w:val="24"/>
          <w:szCs w:val="24"/>
          <w:lang w:val="lt-LT"/>
        </w:rPr>
      </w:pPr>
      <w:r w:rsidRPr="00BD29A8">
        <w:rPr>
          <w:rFonts w:ascii="Segoe UI Symbol" w:hAnsi="Segoe UI Symbol" w:cs="Segoe UI Symbol"/>
          <w:sz w:val="24"/>
          <w:szCs w:val="24"/>
          <w:lang w:val="lt-LT"/>
        </w:rPr>
        <w:t>☐</w:t>
      </w:r>
      <w:r w:rsidRPr="00BD29A8">
        <w:rPr>
          <w:rFonts w:cs="Times New Roman"/>
          <w:sz w:val="24"/>
          <w:szCs w:val="24"/>
          <w:lang w:val="lt-LT"/>
        </w:rPr>
        <w:t xml:space="preserve"> Esu informuotas (-a), kad galutinis pamokų laikas, grupė ir mokytojas derinami atsižvelgiant į mokyklos galimybes, mokinių skaičių ir ugdymo plano reikalavimus.</w:t>
      </w:r>
    </w:p>
    <w:p w14:paraId="46D59D0A" w14:textId="77777777" w:rsidR="00550273" w:rsidRPr="00BD29A8" w:rsidRDefault="00550273" w:rsidP="00550273">
      <w:pPr>
        <w:spacing w:after="20"/>
        <w:ind w:left="170"/>
        <w:rPr>
          <w:rFonts w:cs="Times New Roman"/>
          <w:sz w:val="24"/>
          <w:szCs w:val="24"/>
          <w:lang w:val="lt-LT"/>
        </w:rPr>
      </w:pPr>
      <w:r w:rsidRPr="00BD29A8">
        <w:rPr>
          <w:rFonts w:ascii="Segoe UI Symbol" w:hAnsi="Segoe UI Symbol" w:cs="Segoe UI Symbol"/>
          <w:sz w:val="24"/>
          <w:szCs w:val="24"/>
          <w:lang w:val="lt-LT"/>
        </w:rPr>
        <w:t>☐</w:t>
      </w:r>
      <w:r w:rsidRPr="00BD29A8">
        <w:rPr>
          <w:rFonts w:cs="Times New Roman"/>
          <w:sz w:val="24"/>
          <w:szCs w:val="24"/>
          <w:lang w:val="lt-LT"/>
        </w:rPr>
        <w:t xml:space="preserve"> Įsipareigoju informuoti mokyklą pasikeitus kontaktiniams duomenims arba aplinkybėms, svarbioms vaiko ugdymui.</w:t>
      </w:r>
    </w:p>
    <w:p w14:paraId="0BF66699" w14:textId="77777777" w:rsidR="00550273" w:rsidRPr="00BD29A8" w:rsidRDefault="00550273" w:rsidP="00550273">
      <w:pPr>
        <w:spacing w:after="20"/>
        <w:ind w:left="170"/>
        <w:rPr>
          <w:rFonts w:cs="Times New Roman"/>
          <w:sz w:val="24"/>
          <w:szCs w:val="24"/>
          <w:lang w:val="lt-LT"/>
        </w:rPr>
      </w:pPr>
    </w:p>
    <w:p w14:paraId="0A180B2B" w14:textId="77777777" w:rsidR="00E605A0" w:rsidRPr="00BD29A8" w:rsidRDefault="00000000">
      <w:pPr>
        <w:spacing w:after="60" w:line="240" w:lineRule="auto"/>
        <w:rPr>
          <w:rFonts w:cs="Times New Roman"/>
          <w:sz w:val="24"/>
          <w:szCs w:val="24"/>
          <w:lang w:val="lt-LT"/>
        </w:rPr>
      </w:pPr>
      <w:r w:rsidRPr="00BD29A8">
        <w:rPr>
          <w:rFonts w:cs="Times New Roman"/>
          <w:sz w:val="24"/>
          <w:szCs w:val="24"/>
          <w:lang w:val="lt-LT"/>
        </w:rPr>
        <w:br/>
      </w:r>
    </w:p>
    <w:tbl>
      <w:tblPr>
        <w:tblStyle w:val="Lentelstinklelis"/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ook w:val="04A0" w:firstRow="1" w:lastRow="0" w:firstColumn="1" w:lastColumn="0" w:noHBand="0" w:noVBand="1"/>
      </w:tblPr>
      <w:tblGrid>
        <w:gridCol w:w="3475"/>
        <w:gridCol w:w="3475"/>
        <w:gridCol w:w="3475"/>
      </w:tblGrid>
      <w:tr w:rsidR="00550273" w:rsidRPr="00BD29A8" w14:paraId="3582F1C3" w14:textId="77777777" w:rsidTr="00C4676E">
        <w:trPr>
          <w:jc w:val="center"/>
        </w:trPr>
        <w:tc>
          <w:tcPr>
            <w:tcW w:w="3475" w:type="dxa"/>
          </w:tcPr>
          <w:p w14:paraId="71E36CF5" w14:textId="77777777" w:rsidR="00550273" w:rsidRPr="00BD29A8" w:rsidRDefault="00550273" w:rsidP="00C4676E">
            <w:pPr>
              <w:jc w:val="center"/>
              <w:rPr>
                <w:rFonts w:cs="Times New Roman"/>
                <w:bCs/>
                <w:sz w:val="24"/>
                <w:szCs w:val="24"/>
                <w:lang w:val="lt-LT"/>
              </w:rPr>
            </w:pPr>
          </w:p>
          <w:p w14:paraId="3CD7F6F4" w14:textId="77777777" w:rsidR="00550273" w:rsidRPr="00BD29A8" w:rsidRDefault="00550273" w:rsidP="00C4676E">
            <w:pPr>
              <w:jc w:val="center"/>
              <w:rPr>
                <w:rFonts w:cs="Times New Roman"/>
                <w:bCs/>
                <w:sz w:val="24"/>
                <w:szCs w:val="24"/>
                <w:lang w:val="lt-LT"/>
              </w:rPr>
            </w:pPr>
            <w:r w:rsidRPr="00BD29A8">
              <w:rPr>
                <w:rFonts w:cs="Times New Roman"/>
                <w:bCs/>
                <w:sz w:val="24"/>
                <w:szCs w:val="24"/>
                <w:lang w:val="lt-LT"/>
              </w:rPr>
              <w:t>Prašymą pateikė</w:t>
            </w:r>
          </w:p>
        </w:tc>
        <w:tc>
          <w:tcPr>
            <w:tcW w:w="3475" w:type="dxa"/>
          </w:tcPr>
          <w:p w14:paraId="4429C389" w14:textId="77777777" w:rsidR="00550273" w:rsidRPr="00BD29A8" w:rsidRDefault="00550273" w:rsidP="00C4676E">
            <w:pPr>
              <w:jc w:val="center"/>
              <w:rPr>
                <w:rFonts w:cs="Times New Roman"/>
                <w:bCs/>
                <w:sz w:val="24"/>
                <w:szCs w:val="24"/>
                <w:lang w:val="lt-LT"/>
              </w:rPr>
            </w:pPr>
          </w:p>
          <w:p w14:paraId="113F30E5" w14:textId="77777777" w:rsidR="00550273" w:rsidRPr="00BD29A8" w:rsidRDefault="00550273" w:rsidP="00C4676E">
            <w:pPr>
              <w:jc w:val="center"/>
              <w:rPr>
                <w:rFonts w:cs="Times New Roman"/>
                <w:bCs/>
                <w:sz w:val="24"/>
                <w:szCs w:val="24"/>
                <w:lang w:val="lt-LT"/>
              </w:rPr>
            </w:pPr>
            <w:r w:rsidRPr="00BD29A8">
              <w:rPr>
                <w:rFonts w:cs="Times New Roman"/>
                <w:bCs/>
                <w:sz w:val="24"/>
                <w:szCs w:val="24"/>
                <w:lang w:val="lt-LT"/>
              </w:rPr>
              <w:t>Parašas</w:t>
            </w:r>
          </w:p>
        </w:tc>
        <w:tc>
          <w:tcPr>
            <w:tcW w:w="3475" w:type="dxa"/>
          </w:tcPr>
          <w:p w14:paraId="404377AA" w14:textId="77777777" w:rsidR="00550273" w:rsidRPr="00BD29A8" w:rsidRDefault="00550273" w:rsidP="00C4676E">
            <w:pPr>
              <w:jc w:val="center"/>
              <w:rPr>
                <w:rFonts w:cs="Times New Roman"/>
                <w:bCs/>
                <w:sz w:val="24"/>
                <w:szCs w:val="24"/>
                <w:lang w:val="lt-LT"/>
              </w:rPr>
            </w:pPr>
          </w:p>
          <w:p w14:paraId="7752909E" w14:textId="77777777" w:rsidR="00550273" w:rsidRPr="00BD29A8" w:rsidRDefault="00550273" w:rsidP="00C4676E">
            <w:pPr>
              <w:jc w:val="center"/>
              <w:rPr>
                <w:rFonts w:cs="Times New Roman"/>
                <w:bCs/>
                <w:sz w:val="24"/>
                <w:szCs w:val="24"/>
                <w:lang w:val="lt-LT"/>
              </w:rPr>
            </w:pPr>
            <w:r w:rsidRPr="00BD29A8">
              <w:rPr>
                <w:rFonts w:cs="Times New Roman"/>
                <w:bCs/>
                <w:sz w:val="24"/>
                <w:szCs w:val="24"/>
                <w:lang w:val="lt-LT"/>
              </w:rPr>
              <w:t>Vardas, pavardė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28"/>
        <w:gridCol w:w="5128"/>
      </w:tblGrid>
      <w:tr w:rsidR="00E605A0" w:rsidRPr="00BD29A8" w14:paraId="2DDEC932" w14:textId="77777777">
        <w:trPr>
          <w:jc w:val="center"/>
        </w:trPr>
        <w:tc>
          <w:tcPr>
            <w:tcW w:w="5128" w:type="dxa"/>
          </w:tcPr>
          <w:p w14:paraId="577129CA" w14:textId="7D0F3EAA" w:rsidR="00E605A0" w:rsidRPr="00BD29A8" w:rsidRDefault="00E605A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5128" w:type="dxa"/>
          </w:tcPr>
          <w:p w14:paraId="2B5D1AED" w14:textId="6E42359A" w:rsidR="00E605A0" w:rsidRPr="00BD29A8" w:rsidRDefault="00E605A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</w:tbl>
    <w:p w14:paraId="56D9477F" w14:textId="77777777" w:rsidR="00A0429A" w:rsidRPr="00BD29A8" w:rsidRDefault="00A0429A">
      <w:pPr>
        <w:rPr>
          <w:rFonts w:cs="Times New Roman"/>
          <w:sz w:val="24"/>
          <w:szCs w:val="24"/>
          <w:lang w:val="lt-LT"/>
        </w:rPr>
      </w:pPr>
    </w:p>
    <w:sectPr w:rsidR="00A0429A" w:rsidRPr="00BD29A8" w:rsidSect="00BD29A8">
      <w:headerReference w:type="default" r:id="rId8"/>
      <w:pgSz w:w="12240" w:h="15840"/>
      <w:pgMar w:top="850" w:right="850" w:bottom="79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0BA85" w14:textId="77777777" w:rsidR="002D5E61" w:rsidRDefault="002D5E61" w:rsidP="00BD29A8">
      <w:pPr>
        <w:spacing w:after="0" w:line="240" w:lineRule="auto"/>
      </w:pPr>
      <w:r>
        <w:separator/>
      </w:r>
    </w:p>
  </w:endnote>
  <w:endnote w:type="continuationSeparator" w:id="0">
    <w:p w14:paraId="42C65BCF" w14:textId="77777777" w:rsidR="002D5E61" w:rsidRDefault="002D5E61" w:rsidP="00BD2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9F22B" w14:textId="77777777" w:rsidR="002D5E61" w:rsidRDefault="002D5E61" w:rsidP="00BD29A8">
      <w:pPr>
        <w:spacing w:after="0" w:line="240" w:lineRule="auto"/>
      </w:pPr>
      <w:r>
        <w:separator/>
      </w:r>
    </w:p>
  </w:footnote>
  <w:footnote w:type="continuationSeparator" w:id="0">
    <w:p w14:paraId="4C6EEC21" w14:textId="77777777" w:rsidR="002D5E61" w:rsidRDefault="002D5E61" w:rsidP="00BD2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8275407"/>
      <w:docPartObj>
        <w:docPartGallery w:val="Page Numbers (Top of Page)"/>
        <w:docPartUnique/>
      </w:docPartObj>
    </w:sdtPr>
    <w:sdtContent>
      <w:p w14:paraId="34AA60CC" w14:textId="5A7AA638" w:rsidR="00BD29A8" w:rsidRDefault="00BD29A8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14:paraId="5952E5CD" w14:textId="77777777" w:rsidR="00BD29A8" w:rsidRDefault="00BD29A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82021">
    <w:abstractNumId w:val="8"/>
  </w:num>
  <w:num w:numId="2" w16cid:durableId="1402677512">
    <w:abstractNumId w:val="6"/>
  </w:num>
  <w:num w:numId="3" w16cid:durableId="564923706">
    <w:abstractNumId w:val="5"/>
  </w:num>
  <w:num w:numId="4" w16cid:durableId="109127958">
    <w:abstractNumId w:val="4"/>
  </w:num>
  <w:num w:numId="5" w16cid:durableId="38362626">
    <w:abstractNumId w:val="7"/>
  </w:num>
  <w:num w:numId="6" w16cid:durableId="1117026935">
    <w:abstractNumId w:val="3"/>
  </w:num>
  <w:num w:numId="7" w16cid:durableId="246423485">
    <w:abstractNumId w:val="2"/>
  </w:num>
  <w:num w:numId="8" w16cid:durableId="798182654">
    <w:abstractNumId w:val="1"/>
  </w:num>
  <w:num w:numId="9" w16cid:durableId="1846170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2A32"/>
    <w:rsid w:val="00034616"/>
    <w:rsid w:val="0006063C"/>
    <w:rsid w:val="0015074B"/>
    <w:rsid w:val="001B004E"/>
    <w:rsid w:val="0029639D"/>
    <w:rsid w:val="002A0D4E"/>
    <w:rsid w:val="002D5E61"/>
    <w:rsid w:val="00326F90"/>
    <w:rsid w:val="00403874"/>
    <w:rsid w:val="00550273"/>
    <w:rsid w:val="00626E71"/>
    <w:rsid w:val="00756E3B"/>
    <w:rsid w:val="00A0429A"/>
    <w:rsid w:val="00AA1D8D"/>
    <w:rsid w:val="00B47730"/>
    <w:rsid w:val="00BD29A8"/>
    <w:rsid w:val="00C11765"/>
    <w:rsid w:val="00CB0664"/>
    <w:rsid w:val="00E605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83309D"/>
  <w14:defaultImageDpi w14:val="300"/>
  <w15:docId w15:val="{83341D9E-6699-40BF-BB6A-2C594B55F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rPr>
      <w:rFonts w:ascii="Times New Roman" w:eastAsia="Times New Roman" w:hAnsi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  <w:rPr>
      <w:rFonts w:ascii="Times New Roman" w:eastAsia="Times New Roman" w:hAnsi="Times New Roman"/>
    </w:rPr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  <w:rPr>
      <w:rFonts w:ascii="Times New Roman" w:eastAsia="Times New Roman" w:hAnsi="Times New Roman"/>
    </w:rPr>
  </w:style>
  <w:style w:type="paragraph" w:styleId="Betarp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  <w:rPr>
      <w:rFonts w:ascii="Times New Roman" w:eastAsia="Times New Roman" w:hAnsi="Times New Roman"/>
    </w:rPr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  <w:rPr>
      <w:rFonts w:ascii="Times New Roman" w:eastAsia="Times New Roman" w:hAnsi="Times New Roman"/>
    </w:rPr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rFonts w:ascii="Times New Roman" w:eastAsia="Times New Roman" w:hAnsi="Times New Roman"/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Times New Roman" w:eastAsia="Times New Roman" w:hAnsi="Times New Roman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rFonts w:ascii="Times New Roman" w:eastAsia="Times New Roman" w:hAnsi="Times New Roman"/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rFonts w:ascii="Times New Roman" w:eastAsia="Times New Roman" w:hAnsi="Times New Roman"/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rFonts w:ascii="Times New Roman" w:eastAsia="Times New Roman" w:hAnsi="Times New Roman"/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rFonts w:ascii="Times New Roman" w:eastAsia="Times New Roman" w:hAnsi="Times New Roman"/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rFonts w:ascii="Times New Roman" w:eastAsia="Times New Roman" w:hAnsi="Times New Roman"/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rFonts w:ascii="Times New Roman" w:eastAsia="Times New Roman" w:hAnsi="Times New Roman"/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rFonts w:ascii="Times New Roman" w:eastAsia="Times New Roman" w:hAnsi="Times New Roman"/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rFonts w:ascii="Times New Roman" w:eastAsia="Times New Roman" w:hAnsi="Times New Roman"/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rFonts w:ascii="Times New Roman" w:eastAsia="Times New Roman" w:hAnsi="Times New Roman"/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  <w:rPr>
      <w:rFonts w:ascii="Times New Roman" w:eastAsia="Times New Roman" w:hAnsi="Times New Roman"/>
    </w:r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1429</Words>
  <Characters>816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Apuokas2022</cp:lastModifiedBy>
  <cp:revision>7</cp:revision>
  <dcterms:created xsi:type="dcterms:W3CDTF">2013-12-23T23:15:00Z</dcterms:created>
  <dcterms:modified xsi:type="dcterms:W3CDTF">2026-07-23T05:58:00Z</dcterms:modified>
  <cp:category/>
</cp:coreProperties>
</file>