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4FF61" w14:textId="77777777" w:rsidR="00D52789" w:rsidRPr="00AA18D0" w:rsidRDefault="00D52789" w:rsidP="00D52789">
      <w:pPr>
        <w:spacing w:after="0" w:line="240" w:lineRule="auto"/>
        <w:jc w:val="center"/>
        <w:rPr>
          <w:rFonts w:ascii="Times New Roman" w:hAnsi="Times New Roman" w:cs="Times New Roman"/>
          <w:szCs w:val="20"/>
          <w:lang w:val="lt-LT"/>
        </w:rPr>
      </w:pPr>
      <w:r w:rsidRPr="00AA18D0">
        <w:rPr>
          <w:rFonts w:ascii="Times New Roman" w:hAnsi="Times New Roman" w:cs="Times New Roman"/>
          <w:szCs w:val="20"/>
          <w:lang w:val="lt-LT"/>
        </w:rPr>
        <w:t>_______________________________________________________________________________</w:t>
      </w:r>
    </w:p>
    <w:p w14:paraId="7F460C4B" w14:textId="77777777" w:rsidR="00D52789" w:rsidRPr="00AA18D0" w:rsidRDefault="00D52789" w:rsidP="00D52789">
      <w:pPr>
        <w:spacing w:after="0" w:line="240" w:lineRule="auto"/>
        <w:jc w:val="center"/>
        <w:rPr>
          <w:rFonts w:ascii="Times New Roman" w:hAnsi="Times New Roman" w:cs="Times New Roman"/>
          <w:szCs w:val="20"/>
          <w:lang w:val="lt-LT"/>
        </w:rPr>
      </w:pPr>
      <w:r w:rsidRPr="00AA18D0">
        <w:rPr>
          <w:rFonts w:ascii="Times New Roman" w:hAnsi="Times New Roman" w:cs="Times New Roman"/>
          <w:szCs w:val="20"/>
          <w:lang w:val="lt-LT"/>
        </w:rPr>
        <w:t>Prašymą teikiančio tėvo (mamos) (globėjo(s)) vardas, pavardė (spausdintinėmis raidėmis)</w:t>
      </w:r>
    </w:p>
    <w:p w14:paraId="6E5730CD" w14:textId="77777777" w:rsidR="00D52789" w:rsidRPr="00AA18D0" w:rsidRDefault="00D52789" w:rsidP="00D52789">
      <w:pPr>
        <w:spacing w:after="0" w:line="240" w:lineRule="auto"/>
        <w:jc w:val="center"/>
        <w:rPr>
          <w:rFonts w:ascii="Times New Roman" w:hAnsi="Times New Roman" w:cs="Times New Roman"/>
          <w:szCs w:val="20"/>
          <w:lang w:val="lt-LT"/>
        </w:rPr>
      </w:pPr>
    </w:p>
    <w:p w14:paraId="24122B52" w14:textId="77777777" w:rsidR="00D52789" w:rsidRPr="00AA18D0" w:rsidRDefault="00D52789" w:rsidP="00D52789">
      <w:pPr>
        <w:spacing w:after="0" w:line="240" w:lineRule="auto"/>
        <w:jc w:val="center"/>
        <w:rPr>
          <w:rFonts w:ascii="Times New Roman" w:hAnsi="Times New Roman" w:cs="Times New Roman"/>
          <w:szCs w:val="20"/>
          <w:lang w:val="lt-LT"/>
        </w:rPr>
      </w:pPr>
      <w:r w:rsidRPr="00AA18D0">
        <w:rPr>
          <w:rFonts w:ascii="Times New Roman" w:hAnsi="Times New Roman" w:cs="Times New Roman"/>
          <w:szCs w:val="20"/>
          <w:lang w:val="lt-LT"/>
        </w:rPr>
        <w:t>_______________________________________________________________________________</w:t>
      </w:r>
    </w:p>
    <w:p w14:paraId="6814AE78" w14:textId="77777777" w:rsidR="00D52789" w:rsidRPr="00AA18D0" w:rsidRDefault="00D52789" w:rsidP="00D52789">
      <w:pPr>
        <w:spacing w:after="0" w:line="240" w:lineRule="auto"/>
        <w:jc w:val="center"/>
        <w:rPr>
          <w:rFonts w:ascii="Times New Roman" w:hAnsi="Times New Roman" w:cs="Times New Roman"/>
          <w:szCs w:val="20"/>
          <w:lang w:val="lt-LT"/>
        </w:rPr>
      </w:pPr>
      <w:r w:rsidRPr="00AA18D0">
        <w:rPr>
          <w:rFonts w:ascii="Times New Roman" w:hAnsi="Times New Roman" w:cs="Times New Roman"/>
          <w:szCs w:val="20"/>
          <w:lang w:val="lt-LT"/>
        </w:rPr>
        <w:t>Adresas, mobiliojo tel. numeris, el. paštas</w:t>
      </w:r>
    </w:p>
    <w:p w14:paraId="42D65D4B" w14:textId="77777777" w:rsidR="00D52789" w:rsidRPr="00AA18D0" w:rsidRDefault="00D52789" w:rsidP="00BF4083">
      <w:pPr>
        <w:spacing w:after="0"/>
        <w:rPr>
          <w:rFonts w:ascii="Times New Roman" w:hAnsi="Times New Roman" w:cs="Times New Roman"/>
          <w:bCs/>
          <w:sz w:val="24"/>
          <w:szCs w:val="24"/>
          <w:lang w:val="lt-LT"/>
        </w:rPr>
      </w:pPr>
    </w:p>
    <w:p w14:paraId="71394C8D" w14:textId="77777777" w:rsidR="00BF4083" w:rsidRPr="00AA18D0" w:rsidRDefault="00000000" w:rsidP="00BF4083">
      <w:pPr>
        <w:spacing w:after="0"/>
        <w:rPr>
          <w:rFonts w:ascii="Times New Roman" w:hAnsi="Times New Roman" w:cs="Times New Roman"/>
          <w:bCs/>
          <w:sz w:val="24"/>
          <w:szCs w:val="24"/>
          <w:lang w:val="lt-LT"/>
        </w:rPr>
      </w:pPr>
      <w:r w:rsidRPr="00AA18D0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Biržų Vlado Jakubėno meno mokyklos </w:t>
      </w:r>
    </w:p>
    <w:p w14:paraId="35A3E085" w14:textId="36302CF4" w:rsidR="0078712A" w:rsidRPr="00AA18D0" w:rsidRDefault="00000000" w:rsidP="00BF4083">
      <w:pPr>
        <w:spacing w:after="0"/>
        <w:rPr>
          <w:rFonts w:ascii="Times New Roman" w:hAnsi="Times New Roman" w:cs="Times New Roman"/>
          <w:bCs/>
          <w:sz w:val="24"/>
          <w:szCs w:val="24"/>
          <w:lang w:val="lt-LT"/>
        </w:rPr>
      </w:pPr>
      <w:r w:rsidRPr="00AA18D0">
        <w:rPr>
          <w:rFonts w:ascii="Times New Roman" w:hAnsi="Times New Roman" w:cs="Times New Roman"/>
          <w:bCs/>
          <w:sz w:val="24"/>
          <w:szCs w:val="24"/>
          <w:lang w:val="lt-LT"/>
        </w:rPr>
        <w:t>direktoriui</w:t>
      </w:r>
    </w:p>
    <w:p w14:paraId="6AE91007" w14:textId="77777777" w:rsidR="0078712A" w:rsidRPr="00AA18D0" w:rsidRDefault="0078712A">
      <w:pPr>
        <w:spacing w:after="40"/>
        <w:rPr>
          <w:rFonts w:ascii="Times New Roman" w:hAnsi="Times New Roman" w:cs="Times New Roman"/>
          <w:sz w:val="24"/>
          <w:szCs w:val="24"/>
          <w:lang w:val="lt-LT"/>
        </w:rPr>
      </w:pPr>
    </w:p>
    <w:p w14:paraId="0A18C1DA" w14:textId="77777777" w:rsidR="0078712A" w:rsidRPr="00AA18D0" w:rsidRDefault="00000000" w:rsidP="00D52789">
      <w:pPr>
        <w:spacing w:after="0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AA18D0">
        <w:rPr>
          <w:rFonts w:ascii="Times New Roman" w:hAnsi="Times New Roman" w:cs="Times New Roman"/>
          <w:b/>
          <w:sz w:val="24"/>
          <w:szCs w:val="24"/>
          <w:lang w:val="lt-LT"/>
        </w:rPr>
        <w:t>P R A Š Y M A S</w:t>
      </w:r>
    </w:p>
    <w:p w14:paraId="72D16B7C" w14:textId="77777777" w:rsidR="0078712A" w:rsidRPr="00AA18D0" w:rsidRDefault="00000000" w:rsidP="00D52789">
      <w:pPr>
        <w:spacing w:after="0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AA18D0">
        <w:rPr>
          <w:rFonts w:ascii="Times New Roman" w:hAnsi="Times New Roman" w:cs="Times New Roman"/>
          <w:b/>
          <w:sz w:val="24"/>
          <w:szCs w:val="24"/>
          <w:lang w:val="lt-LT"/>
        </w:rPr>
        <w:t>DĖL PRIĖMIMO Į NEFORMALIOJO VAIKŲ ŠVIETIMO PROGRAMĄ</w:t>
      </w:r>
    </w:p>
    <w:p w14:paraId="67156317" w14:textId="65BB7C96" w:rsidR="0078712A" w:rsidRPr="00AA18D0" w:rsidRDefault="00000000" w:rsidP="00D52789">
      <w:pPr>
        <w:spacing w:after="0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AA18D0">
        <w:rPr>
          <w:rFonts w:ascii="Times New Roman" w:hAnsi="Times New Roman" w:cs="Times New Roman"/>
          <w:sz w:val="24"/>
          <w:szCs w:val="24"/>
          <w:lang w:val="lt-LT"/>
        </w:rPr>
        <w:t>20</w:t>
      </w:r>
      <w:r w:rsidR="00CB3045" w:rsidRPr="00AA18D0">
        <w:rPr>
          <w:rFonts w:ascii="Times New Roman" w:hAnsi="Times New Roman" w:cs="Times New Roman"/>
          <w:sz w:val="24"/>
          <w:szCs w:val="24"/>
          <w:lang w:val="lt-LT"/>
        </w:rPr>
        <w:t xml:space="preserve">26 </w:t>
      </w:r>
      <w:r w:rsidRPr="00AA18D0">
        <w:rPr>
          <w:rFonts w:ascii="Times New Roman" w:hAnsi="Times New Roman" w:cs="Times New Roman"/>
          <w:sz w:val="24"/>
          <w:szCs w:val="24"/>
          <w:lang w:val="lt-LT"/>
        </w:rPr>
        <w:t>m. ____________</w:t>
      </w:r>
      <w:r w:rsidR="00CB3045" w:rsidRPr="00AA18D0">
        <w:rPr>
          <w:rFonts w:ascii="Times New Roman" w:hAnsi="Times New Roman" w:cs="Times New Roman"/>
          <w:sz w:val="24"/>
          <w:szCs w:val="24"/>
          <w:lang w:val="lt-LT"/>
        </w:rPr>
        <w:t xml:space="preserve">mėn. </w:t>
      </w:r>
      <w:r w:rsidRPr="00AA18D0">
        <w:rPr>
          <w:rFonts w:ascii="Times New Roman" w:hAnsi="Times New Roman" w:cs="Times New Roman"/>
          <w:sz w:val="24"/>
          <w:szCs w:val="24"/>
          <w:lang w:val="lt-LT"/>
        </w:rPr>
        <w:t>___d.</w:t>
      </w:r>
    </w:p>
    <w:p w14:paraId="3A874AB0" w14:textId="77777777" w:rsidR="0078712A" w:rsidRPr="00AA18D0" w:rsidRDefault="00000000" w:rsidP="00D52789">
      <w:pPr>
        <w:spacing w:after="0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AA18D0">
        <w:rPr>
          <w:rFonts w:ascii="Times New Roman" w:hAnsi="Times New Roman" w:cs="Times New Roman"/>
          <w:sz w:val="24"/>
          <w:szCs w:val="24"/>
          <w:lang w:val="lt-LT"/>
        </w:rPr>
        <w:t>Biržai</w:t>
      </w:r>
    </w:p>
    <w:p w14:paraId="78FDC6CA" w14:textId="77777777" w:rsidR="00D52789" w:rsidRPr="00AA18D0" w:rsidRDefault="00D52789" w:rsidP="00D52789">
      <w:pPr>
        <w:spacing w:after="0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734919E7" w14:textId="76DEBBE1" w:rsidR="0078712A" w:rsidRPr="00AA18D0" w:rsidRDefault="00000000" w:rsidP="00D52789">
      <w:pPr>
        <w:spacing w:after="100"/>
        <w:ind w:firstLine="720"/>
        <w:rPr>
          <w:rFonts w:ascii="Times New Roman" w:hAnsi="Times New Roman" w:cs="Times New Roman"/>
          <w:sz w:val="24"/>
          <w:szCs w:val="24"/>
          <w:lang w:val="lt-LT"/>
        </w:rPr>
      </w:pPr>
      <w:r w:rsidRPr="00AA18D0">
        <w:rPr>
          <w:rFonts w:ascii="Times New Roman" w:hAnsi="Times New Roman" w:cs="Times New Roman"/>
          <w:sz w:val="24"/>
          <w:szCs w:val="24"/>
          <w:lang w:val="lt-LT"/>
        </w:rPr>
        <w:t xml:space="preserve">Prašau priimti mano dukrą / sūnų / globotinį ____________________________________________________________ mokytis </w:t>
      </w:r>
      <w:r w:rsidR="00D52789" w:rsidRPr="00AA18D0">
        <w:rPr>
          <w:rFonts w:ascii="Times New Roman" w:hAnsi="Times New Roman" w:cs="Times New Roman"/>
          <w:sz w:val="24"/>
          <w:szCs w:val="24"/>
          <w:lang w:val="lt-LT"/>
        </w:rPr>
        <w:t xml:space="preserve">į </w:t>
      </w:r>
      <w:r w:rsidRPr="00AA18D0">
        <w:rPr>
          <w:rFonts w:ascii="Times New Roman" w:hAnsi="Times New Roman" w:cs="Times New Roman"/>
          <w:sz w:val="24"/>
          <w:szCs w:val="24"/>
          <w:lang w:val="lt-LT"/>
        </w:rPr>
        <w:t>Biržų Vlado Jakubėno meno mokykl</w:t>
      </w:r>
      <w:r w:rsidR="00D52789" w:rsidRPr="00AA18D0">
        <w:rPr>
          <w:rFonts w:ascii="Times New Roman" w:hAnsi="Times New Roman" w:cs="Times New Roman"/>
          <w:sz w:val="24"/>
          <w:szCs w:val="24"/>
          <w:lang w:val="lt-LT"/>
        </w:rPr>
        <w:t xml:space="preserve">ą </w:t>
      </w:r>
      <w:r w:rsidRPr="00AA18D0">
        <w:rPr>
          <w:rFonts w:ascii="Times New Roman" w:hAnsi="Times New Roman" w:cs="Times New Roman"/>
          <w:sz w:val="24"/>
          <w:szCs w:val="24"/>
          <w:lang w:val="lt-LT"/>
        </w:rPr>
        <w:t>pagal pasirinktą N</w:t>
      </w:r>
      <w:r w:rsidR="00D52789" w:rsidRPr="00AA18D0">
        <w:rPr>
          <w:rFonts w:ascii="Times New Roman" w:hAnsi="Times New Roman" w:cs="Times New Roman"/>
          <w:sz w:val="24"/>
          <w:szCs w:val="24"/>
          <w:lang w:val="lt-LT"/>
        </w:rPr>
        <w:t xml:space="preserve">eformaliojo vaikų švietimo </w:t>
      </w:r>
      <w:r w:rsidRPr="00AA18D0">
        <w:rPr>
          <w:rFonts w:ascii="Times New Roman" w:hAnsi="Times New Roman" w:cs="Times New Roman"/>
          <w:sz w:val="24"/>
          <w:szCs w:val="24"/>
          <w:lang w:val="lt-LT"/>
        </w:rPr>
        <w:t>programą.</w:t>
      </w:r>
    </w:p>
    <w:tbl>
      <w:tblPr>
        <w:tblStyle w:val="Lentelstinklelis"/>
        <w:tblW w:w="0" w:type="auto"/>
        <w:jc w:val="center"/>
        <w:tblBorders>
          <w:top w:val="single" w:sz="6" w:space="0" w:color="BFBFBF"/>
          <w:left w:val="single" w:sz="6" w:space="0" w:color="BFBFBF"/>
          <w:bottom w:val="single" w:sz="6" w:space="0" w:color="BFBFBF"/>
          <w:right w:val="single" w:sz="6" w:space="0" w:color="BFBFBF"/>
          <w:insideH w:val="single" w:sz="6" w:space="0" w:color="BFBFBF"/>
          <w:insideV w:val="single" w:sz="6" w:space="0" w:color="BFBFBF"/>
        </w:tblBorders>
        <w:tblLook w:val="04A0" w:firstRow="1" w:lastRow="0" w:firstColumn="1" w:lastColumn="0" w:noHBand="0" w:noVBand="1"/>
      </w:tblPr>
      <w:tblGrid>
        <w:gridCol w:w="3791"/>
        <w:gridCol w:w="6561"/>
      </w:tblGrid>
      <w:tr w:rsidR="0078712A" w:rsidRPr="00AA18D0" w14:paraId="1AE2494A" w14:textId="77777777" w:rsidTr="00D52789">
        <w:trPr>
          <w:trHeight w:val="614"/>
          <w:jc w:val="center"/>
        </w:trPr>
        <w:tc>
          <w:tcPr>
            <w:tcW w:w="3791" w:type="dxa"/>
            <w:shd w:val="clear" w:color="auto" w:fill="EDEDED"/>
            <w:vAlign w:val="center"/>
          </w:tcPr>
          <w:p w14:paraId="56739632" w14:textId="77777777" w:rsidR="0078712A" w:rsidRPr="00AA18D0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AA18D0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Mokinio vardas, pavardė (spausdintinėmis raidėmis)</w:t>
            </w:r>
          </w:p>
        </w:tc>
        <w:tc>
          <w:tcPr>
            <w:tcW w:w="6561" w:type="dxa"/>
          </w:tcPr>
          <w:p w14:paraId="2B55EFEE" w14:textId="77777777" w:rsidR="0078712A" w:rsidRPr="00AA18D0" w:rsidRDefault="0078712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78712A" w:rsidRPr="00AA18D0" w14:paraId="58858256" w14:textId="77777777" w:rsidTr="00D52789">
        <w:trPr>
          <w:jc w:val="center"/>
        </w:trPr>
        <w:tc>
          <w:tcPr>
            <w:tcW w:w="3791" w:type="dxa"/>
            <w:shd w:val="clear" w:color="auto" w:fill="EDEDED"/>
            <w:vAlign w:val="center"/>
          </w:tcPr>
          <w:p w14:paraId="76226ED3" w14:textId="77777777" w:rsidR="0078712A" w:rsidRPr="00AA18D0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AA18D0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Asmens kodas</w:t>
            </w:r>
          </w:p>
        </w:tc>
        <w:tc>
          <w:tcPr>
            <w:tcW w:w="6561" w:type="dxa"/>
          </w:tcPr>
          <w:p w14:paraId="220297C7" w14:textId="77777777" w:rsidR="0078712A" w:rsidRPr="00AA18D0" w:rsidRDefault="0078712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78712A" w:rsidRPr="00AA18D0" w14:paraId="084D624A" w14:textId="77777777" w:rsidTr="00D52789">
        <w:trPr>
          <w:jc w:val="center"/>
        </w:trPr>
        <w:tc>
          <w:tcPr>
            <w:tcW w:w="3791" w:type="dxa"/>
            <w:shd w:val="clear" w:color="auto" w:fill="EDEDED"/>
            <w:vAlign w:val="center"/>
          </w:tcPr>
          <w:p w14:paraId="14E5FD4E" w14:textId="77777777" w:rsidR="0078712A" w:rsidRPr="00AA18D0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AA18D0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Gimimo data</w:t>
            </w:r>
          </w:p>
        </w:tc>
        <w:tc>
          <w:tcPr>
            <w:tcW w:w="6561" w:type="dxa"/>
          </w:tcPr>
          <w:p w14:paraId="56334791" w14:textId="77777777" w:rsidR="0078712A" w:rsidRPr="00AA18D0" w:rsidRDefault="0078712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78712A" w:rsidRPr="00AA18D0" w14:paraId="5622D0AE" w14:textId="77777777" w:rsidTr="00D52789">
        <w:trPr>
          <w:jc w:val="center"/>
        </w:trPr>
        <w:tc>
          <w:tcPr>
            <w:tcW w:w="3791" w:type="dxa"/>
            <w:shd w:val="clear" w:color="auto" w:fill="EDEDED"/>
            <w:vAlign w:val="center"/>
          </w:tcPr>
          <w:p w14:paraId="1BC077D8" w14:textId="77777777" w:rsidR="0078712A" w:rsidRPr="00AA18D0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AA18D0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Priimti / tęsti mokymąsi nuo</w:t>
            </w:r>
          </w:p>
        </w:tc>
        <w:tc>
          <w:tcPr>
            <w:tcW w:w="6561" w:type="dxa"/>
          </w:tcPr>
          <w:p w14:paraId="41C24D78" w14:textId="77777777" w:rsidR="0078712A" w:rsidRPr="00AA18D0" w:rsidRDefault="0000000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A18D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2026 m. ______________________________ d.</w:t>
            </w:r>
          </w:p>
        </w:tc>
      </w:tr>
    </w:tbl>
    <w:p w14:paraId="2806BD64" w14:textId="77777777" w:rsidR="0078712A" w:rsidRPr="00AA18D0" w:rsidRDefault="00000000">
      <w:pPr>
        <w:spacing w:before="160" w:after="60"/>
        <w:rPr>
          <w:rFonts w:ascii="Times New Roman" w:hAnsi="Times New Roman" w:cs="Times New Roman"/>
          <w:sz w:val="24"/>
          <w:szCs w:val="24"/>
          <w:lang w:val="lt-LT"/>
        </w:rPr>
      </w:pPr>
      <w:r w:rsidRPr="00AA18D0">
        <w:rPr>
          <w:rFonts w:ascii="Times New Roman" w:hAnsi="Times New Roman" w:cs="Times New Roman"/>
          <w:b/>
          <w:sz w:val="24"/>
          <w:szCs w:val="24"/>
          <w:lang w:val="lt-LT"/>
        </w:rPr>
        <w:t>1. Pasirenkama NVŠ programa</w:t>
      </w:r>
    </w:p>
    <w:p w14:paraId="259C6D09" w14:textId="77777777" w:rsidR="0078712A" w:rsidRPr="00AA18D0" w:rsidRDefault="00000000">
      <w:pPr>
        <w:spacing w:after="60"/>
        <w:rPr>
          <w:rFonts w:ascii="Times New Roman" w:hAnsi="Times New Roman" w:cs="Times New Roman"/>
          <w:sz w:val="24"/>
          <w:szCs w:val="24"/>
          <w:lang w:val="lt-LT"/>
        </w:rPr>
      </w:pPr>
      <w:r w:rsidRPr="00AA18D0">
        <w:rPr>
          <w:rFonts w:ascii="Times New Roman" w:hAnsi="Times New Roman" w:cs="Times New Roman"/>
          <w:i/>
          <w:sz w:val="24"/>
          <w:szCs w:val="24"/>
          <w:lang w:val="lt-LT"/>
        </w:rPr>
        <w:t>Pažymėkite vieną pagrindinę programą ir, jei reikia, pasirinktą kryptį / dalyką.</w:t>
      </w:r>
    </w:p>
    <w:tbl>
      <w:tblPr>
        <w:tblStyle w:val="Lentelstinklelis"/>
        <w:tblW w:w="0" w:type="auto"/>
        <w:jc w:val="center"/>
        <w:tblBorders>
          <w:top w:val="single" w:sz="6" w:space="0" w:color="BFBFBF"/>
          <w:left w:val="single" w:sz="6" w:space="0" w:color="BFBFBF"/>
          <w:bottom w:val="single" w:sz="6" w:space="0" w:color="BFBFBF"/>
          <w:right w:val="single" w:sz="6" w:space="0" w:color="BFBFBF"/>
          <w:insideH w:val="single" w:sz="6" w:space="0" w:color="BFBFBF"/>
          <w:insideV w:val="single" w:sz="6" w:space="0" w:color="BFBFBF"/>
        </w:tblBorders>
        <w:tblLook w:val="04A0" w:firstRow="1" w:lastRow="0" w:firstColumn="1" w:lastColumn="0" w:noHBand="0" w:noVBand="1"/>
      </w:tblPr>
      <w:tblGrid>
        <w:gridCol w:w="1559"/>
        <w:gridCol w:w="2551"/>
        <w:gridCol w:w="3708"/>
        <w:gridCol w:w="2606"/>
      </w:tblGrid>
      <w:tr w:rsidR="0078712A" w:rsidRPr="00AA18D0" w14:paraId="74766E58" w14:textId="77777777" w:rsidTr="00D52789">
        <w:trPr>
          <w:tblHeader/>
          <w:jc w:val="center"/>
        </w:trPr>
        <w:tc>
          <w:tcPr>
            <w:tcW w:w="1559" w:type="dxa"/>
          </w:tcPr>
          <w:p w14:paraId="7D0FC596" w14:textId="77777777" w:rsidR="0078712A" w:rsidRPr="00AA18D0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AA18D0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Žymėti</w:t>
            </w:r>
          </w:p>
        </w:tc>
        <w:tc>
          <w:tcPr>
            <w:tcW w:w="2551" w:type="dxa"/>
          </w:tcPr>
          <w:p w14:paraId="611C0B18" w14:textId="77777777" w:rsidR="0078712A" w:rsidRPr="00AA18D0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AA18D0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Programa</w:t>
            </w:r>
          </w:p>
        </w:tc>
        <w:tc>
          <w:tcPr>
            <w:tcW w:w="3708" w:type="dxa"/>
          </w:tcPr>
          <w:p w14:paraId="0BE27E73" w14:textId="77777777" w:rsidR="0078712A" w:rsidRPr="00AA18D0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AA18D0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Kam skirta / kada rinktis</w:t>
            </w:r>
          </w:p>
        </w:tc>
        <w:tc>
          <w:tcPr>
            <w:tcW w:w="2606" w:type="dxa"/>
          </w:tcPr>
          <w:p w14:paraId="0B19B661" w14:textId="77777777" w:rsidR="0078712A" w:rsidRPr="00AA18D0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AA18D0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Pasirenkama kryptis / dalykas</w:t>
            </w:r>
          </w:p>
        </w:tc>
      </w:tr>
      <w:tr w:rsidR="0078712A" w:rsidRPr="00AA18D0" w14:paraId="3FDD37CD" w14:textId="77777777" w:rsidTr="00D52789">
        <w:trPr>
          <w:jc w:val="center"/>
        </w:trPr>
        <w:tc>
          <w:tcPr>
            <w:tcW w:w="1559" w:type="dxa"/>
            <w:vAlign w:val="center"/>
          </w:tcPr>
          <w:p w14:paraId="7E740E44" w14:textId="77777777" w:rsidR="0078712A" w:rsidRPr="00AA18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A18D0">
              <w:rPr>
                <w:rFonts w:ascii="Segoe UI Symbol" w:hAnsi="Segoe UI Symbol" w:cs="Segoe UI Symbol"/>
                <w:sz w:val="24"/>
                <w:szCs w:val="24"/>
                <w:lang w:val="lt-LT"/>
              </w:rPr>
              <w:t>☐</w:t>
            </w:r>
          </w:p>
        </w:tc>
        <w:tc>
          <w:tcPr>
            <w:tcW w:w="2551" w:type="dxa"/>
            <w:vAlign w:val="center"/>
          </w:tcPr>
          <w:p w14:paraId="455440E9" w14:textId="77777777" w:rsidR="0078712A" w:rsidRPr="00AA18D0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AA18D0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Ankstyvojo meninio ugdymo programa</w:t>
            </w:r>
          </w:p>
        </w:tc>
        <w:tc>
          <w:tcPr>
            <w:tcW w:w="3708" w:type="dxa"/>
            <w:vAlign w:val="center"/>
          </w:tcPr>
          <w:p w14:paraId="489EAADA" w14:textId="77777777" w:rsidR="00D52789" w:rsidRPr="00AA18D0" w:rsidRDefault="0000000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A18D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5–6 metų vaikams. Trukmė – 1 m.; grupinės pamokos, </w:t>
            </w:r>
          </w:p>
          <w:p w14:paraId="4C4B0E60" w14:textId="0A0D4D08" w:rsidR="0078712A" w:rsidRPr="00AA18D0" w:rsidRDefault="0000000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A18D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 val. per savaitę.</w:t>
            </w:r>
          </w:p>
        </w:tc>
        <w:tc>
          <w:tcPr>
            <w:tcW w:w="2606" w:type="dxa"/>
            <w:vAlign w:val="center"/>
          </w:tcPr>
          <w:p w14:paraId="058843E4" w14:textId="77777777" w:rsidR="00D52789" w:rsidRPr="00AA18D0" w:rsidRDefault="0000000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A18D0">
              <w:rPr>
                <w:rFonts w:ascii="Segoe UI Symbol" w:hAnsi="Segoe UI Symbol" w:cs="Segoe UI Symbol"/>
                <w:sz w:val="24"/>
                <w:szCs w:val="24"/>
                <w:lang w:val="lt-LT"/>
              </w:rPr>
              <w:t>☐</w:t>
            </w:r>
            <w:r w:rsidRPr="00AA18D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muzika  </w:t>
            </w:r>
          </w:p>
          <w:p w14:paraId="5D5EB054" w14:textId="77777777" w:rsidR="00D52789" w:rsidRPr="00AA18D0" w:rsidRDefault="0000000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A18D0">
              <w:rPr>
                <w:rFonts w:ascii="Segoe UI Symbol" w:hAnsi="Segoe UI Symbol" w:cs="Segoe UI Symbol"/>
                <w:sz w:val="24"/>
                <w:szCs w:val="24"/>
                <w:lang w:val="lt-LT"/>
              </w:rPr>
              <w:t>☐</w:t>
            </w:r>
            <w:r w:rsidRPr="00AA18D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dailė  </w:t>
            </w:r>
          </w:p>
          <w:p w14:paraId="767349A5" w14:textId="57A12D96" w:rsidR="0078712A" w:rsidRPr="00AA18D0" w:rsidRDefault="0000000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A18D0">
              <w:rPr>
                <w:rFonts w:ascii="Segoe UI Symbol" w:hAnsi="Segoe UI Symbol" w:cs="Segoe UI Symbol"/>
                <w:sz w:val="24"/>
                <w:szCs w:val="24"/>
                <w:lang w:val="lt-LT"/>
              </w:rPr>
              <w:t>☐</w:t>
            </w:r>
            <w:r w:rsidRPr="00AA18D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teatras</w:t>
            </w:r>
          </w:p>
        </w:tc>
      </w:tr>
      <w:tr w:rsidR="0078712A" w:rsidRPr="00AA18D0" w14:paraId="1732B0AB" w14:textId="77777777" w:rsidTr="00D52789">
        <w:trPr>
          <w:jc w:val="center"/>
        </w:trPr>
        <w:tc>
          <w:tcPr>
            <w:tcW w:w="1559" w:type="dxa"/>
            <w:vAlign w:val="center"/>
          </w:tcPr>
          <w:p w14:paraId="24B28CDD" w14:textId="77777777" w:rsidR="0078712A" w:rsidRPr="00AA18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A18D0">
              <w:rPr>
                <w:rFonts w:ascii="Segoe UI Symbol" w:hAnsi="Segoe UI Symbol" w:cs="Segoe UI Symbol"/>
                <w:sz w:val="24"/>
                <w:szCs w:val="24"/>
                <w:lang w:val="lt-LT"/>
              </w:rPr>
              <w:t>☐</w:t>
            </w:r>
          </w:p>
        </w:tc>
        <w:tc>
          <w:tcPr>
            <w:tcW w:w="2551" w:type="dxa"/>
            <w:vAlign w:val="center"/>
          </w:tcPr>
          <w:p w14:paraId="0CA081EA" w14:textId="77777777" w:rsidR="00D52789" w:rsidRPr="00AA18D0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AA18D0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NVŠ meninio ugdymo programa „Žaidžiame meną“</w:t>
            </w:r>
            <w:r w:rsidR="00D52789" w:rsidRPr="00AA18D0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, </w:t>
            </w:r>
          </w:p>
          <w:p w14:paraId="70D2C882" w14:textId="2F5C8D2B" w:rsidR="00D52789" w:rsidRPr="00AA18D0" w:rsidRDefault="00D52789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AA18D0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“Molinė pasaka”</w:t>
            </w:r>
          </w:p>
        </w:tc>
        <w:tc>
          <w:tcPr>
            <w:tcW w:w="3708" w:type="dxa"/>
            <w:vAlign w:val="center"/>
          </w:tcPr>
          <w:p w14:paraId="61631557" w14:textId="77777777" w:rsidR="0078712A" w:rsidRPr="00AA18D0" w:rsidRDefault="0000000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A18D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Mokiniams, turintiems specialiųjų ugdymosi poreikių / mokymosi sutrikimų. Pateikiami tai patvirtinantys dokumentai.</w:t>
            </w:r>
          </w:p>
        </w:tc>
        <w:tc>
          <w:tcPr>
            <w:tcW w:w="2606" w:type="dxa"/>
            <w:vAlign w:val="center"/>
          </w:tcPr>
          <w:p w14:paraId="6D5129A7" w14:textId="77777777" w:rsidR="00D52789" w:rsidRPr="00AA18D0" w:rsidRDefault="0000000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A18D0">
              <w:rPr>
                <w:rFonts w:ascii="Segoe UI Symbol" w:hAnsi="Segoe UI Symbol" w:cs="Segoe UI Symbol"/>
                <w:sz w:val="24"/>
                <w:szCs w:val="24"/>
                <w:lang w:val="lt-LT"/>
              </w:rPr>
              <w:t>☐</w:t>
            </w:r>
            <w:r w:rsidRPr="00AA18D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muzika  </w:t>
            </w:r>
          </w:p>
          <w:p w14:paraId="31369D06" w14:textId="507311DD" w:rsidR="0078712A" w:rsidRPr="00AA18D0" w:rsidRDefault="0000000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A18D0">
              <w:rPr>
                <w:rFonts w:ascii="Segoe UI Symbol" w:hAnsi="Segoe UI Symbol" w:cs="Segoe UI Symbol"/>
                <w:sz w:val="24"/>
                <w:szCs w:val="24"/>
                <w:lang w:val="lt-LT"/>
              </w:rPr>
              <w:t>☐</w:t>
            </w:r>
            <w:r w:rsidRPr="00AA18D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dail</w:t>
            </w:r>
            <w:r w:rsidR="00D52789" w:rsidRPr="00AA18D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ė</w:t>
            </w:r>
          </w:p>
        </w:tc>
      </w:tr>
      <w:tr w:rsidR="0078712A" w:rsidRPr="00AA18D0" w14:paraId="1F92CA0B" w14:textId="77777777" w:rsidTr="00D52789">
        <w:trPr>
          <w:jc w:val="center"/>
        </w:trPr>
        <w:tc>
          <w:tcPr>
            <w:tcW w:w="1559" w:type="dxa"/>
            <w:vAlign w:val="center"/>
          </w:tcPr>
          <w:p w14:paraId="0EB06086" w14:textId="77777777" w:rsidR="0078712A" w:rsidRPr="00AA18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A18D0">
              <w:rPr>
                <w:rFonts w:ascii="Segoe UI Symbol" w:hAnsi="Segoe UI Symbol" w:cs="Segoe UI Symbol"/>
                <w:sz w:val="24"/>
                <w:szCs w:val="24"/>
                <w:lang w:val="lt-LT"/>
              </w:rPr>
              <w:t>☐</w:t>
            </w:r>
          </w:p>
        </w:tc>
        <w:tc>
          <w:tcPr>
            <w:tcW w:w="2551" w:type="dxa"/>
            <w:vAlign w:val="center"/>
          </w:tcPr>
          <w:p w14:paraId="1F73A456" w14:textId="6D667B9F" w:rsidR="0078712A" w:rsidRPr="00AA18D0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AA18D0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NVŠ muzikos, dailės ar teatro mėgėjų ugdymo programa</w:t>
            </w:r>
          </w:p>
        </w:tc>
        <w:tc>
          <w:tcPr>
            <w:tcW w:w="3708" w:type="dxa"/>
            <w:vAlign w:val="center"/>
          </w:tcPr>
          <w:p w14:paraId="1CA1F578" w14:textId="77777777" w:rsidR="00D52789" w:rsidRPr="00AA18D0" w:rsidRDefault="0000000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A18D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Mokyklinio amžiaus mokiniams, norintiems lankyti pasirinktą meninės saviraiškos sritį. </w:t>
            </w:r>
          </w:p>
          <w:p w14:paraId="32743ECD" w14:textId="69813382" w:rsidR="0078712A" w:rsidRPr="00AA18D0" w:rsidRDefault="0000000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A18D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Trukmė – 1 m.; grupinės pamokos.</w:t>
            </w:r>
          </w:p>
        </w:tc>
        <w:tc>
          <w:tcPr>
            <w:tcW w:w="2606" w:type="dxa"/>
            <w:vAlign w:val="center"/>
          </w:tcPr>
          <w:p w14:paraId="5D501C28" w14:textId="77777777" w:rsidR="00D52789" w:rsidRPr="00AA18D0" w:rsidRDefault="0000000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A18D0">
              <w:rPr>
                <w:rFonts w:ascii="Segoe UI Symbol" w:hAnsi="Segoe UI Symbol" w:cs="Segoe UI Symbol"/>
                <w:sz w:val="24"/>
                <w:szCs w:val="24"/>
                <w:lang w:val="lt-LT"/>
              </w:rPr>
              <w:t>☐</w:t>
            </w:r>
            <w:r w:rsidRPr="00AA18D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muzika </w:t>
            </w:r>
          </w:p>
          <w:p w14:paraId="09A101AB" w14:textId="77777777" w:rsidR="00D52789" w:rsidRPr="00AA18D0" w:rsidRDefault="0000000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A18D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Pr="00AA18D0">
              <w:rPr>
                <w:rFonts w:ascii="Segoe UI Symbol" w:hAnsi="Segoe UI Symbol" w:cs="Segoe UI Symbol"/>
                <w:sz w:val="24"/>
                <w:szCs w:val="24"/>
                <w:lang w:val="lt-LT"/>
              </w:rPr>
              <w:t>☐</w:t>
            </w:r>
            <w:r w:rsidRPr="00AA18D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dailė  </w:t>
            </w:r>
          </w:p>
          <w:p w14:paraId="309A03DC" w14:textId="655504AB" w:rsidR="0078712A" w:rsidRPr="00AA18D0" w:rsidRDefault="0000000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A18D0">
              <w:rPr>
                <w:rFonts w:ascii="Segoe UI Symbol" w:hAnsi="Segoe UI Symbol" w:cs="Segoe UI Symbol"/>
                <w:sz w:val="24"/>
                <w:szCs w:val="24"/>
                <w:lang w:val="lt-LT"/>
              </w:rPr>
              <w:t>☐</w:t>
            </w:r>
            <w:r w:rsidRPr="00AA18D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teatras</w:t>
            </w:r>
          </w:p>
        </w:tc>
      </w:tr>
      <w:tr w:rsidR="0078712A" w:rsidRPr="00AA18D0" w14:paraId="3F153DB5" w14:textId="77777777" w:rsidTr="00D52789">
        <w:trPr>
          <w:jc w:val="center"/>
        </w:trPr>
        <w:tc>
          <w:tcPr>
            <w:tcW w:w="1559" w:type="dxa"/>
            <w:vAlign w:val="center"/>
          </w:tcPr>
          <w:p w14:paraId="5D5DC789" w14:textId="77777777" w:rsidR="0078712A" w:rsidRPr="00AA18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A18D0">
              <w:rPr>
                <w:rFonts w:ascii="Segoe UI Symbol" w:hAnsi="Segoe UI Symbol" w:cs="Segoe UI Symbol"/>
                <w:sz w:val="24"/>
                <w:szCs w:val="24"/>
                <w:lang w:val="lt-LT"/>
              </w:rPr>
              <w:t>☐</w:t>
            </w:r>
          </w:p>
        </w:tc>
        <w:tc>
          <w:tcPr>
            <w:tcW w:w="2551" w:type="dxa"/>
            <w:vAlign w:val="center"/>
          </w:tcPr>
          <w:p w14:paraId="71BCADCE" w14:textId="3D5FAF60" w:rsidR="0078712A" w:rsidRPr="00AA18D0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AA18D0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NVŠ tęstinio meninio ugdymo programa</w:t>
            </w:r>
          </w:p>
        </w:tc>
        <w:tc>
          <w:tcPr>
            <w:tcW w:w="3708" w:type="dxa"/>
            <w:vAlign w:val="center"/>
          </w:tcPr>
          <w:p w14:paraId="6E64AC46" w14:textId="77777777" w:rsidR="0078712A" w:rsidRPr="00AA18D0" w:rsidRDefault="0000000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A18D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Mokiniams, baigusiems FŠPU muzikos arba dailės programą ir norintiems gilinti gebėjimus.</w:t>
            </w:r>
          </w:p>
        </w:tc>
        <w:tc>
          <w:tcPr>
            <w:tcW w:w="2606" w:type="dxa"/>
            <w:vAlign w:val="center"/>
          </w:tcPr>
          <w:p w14:paraId="57BECA44" w14:textId="77777777" w:rsidR="00D52789" w:rsidRPr="00AA18D0" w:rsidRDefault="0000000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A18D0">
              <w:rPr>
                <w:rFonts w:ascii="Segoe UI Symbol" w:hAnsi="Segoe UI Symbol" w:cs="Segoe UI Symbol"/>
                <w:sz w:val="24"/>
                <w:szCs w:val="24"/>
                <w:lang w:val="lt-LT"/>
              </w:rPr>
              <w:t>☐</w:t>
            </w:r>
            <w:r w:rsidRPr="00AA18D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muzika  </w:t>
            </w:r>
          </w:p>
          <w:p w14:paraId="2731DDC3" w14:textId="00C9C608" w:rsidR="0078712A" w:rsidRPr="00AA18D0" w:rsidRDefault="0000000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A18D0">
              <w:rPr>
                <w:rFonts w:ascii="Segoe UI Symbol" w:hAnsi="Segoe UI Symbol" w:cs="Segoe UI Symbol"/>
                <w:sz w:val="24"/>
                <w:szCs w:val="24"/>
                <w:lang w:val="lt-LT"/>
              </w:rPr>
              <w:t>☐</w:t>
            </w:r>
            <w:r w:rsidRPr="00AA18D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dailė</w:t>
            </w:r>
          </w:p>
        </w:tc>
      </w:tr>
    </w:tbl>
    <w:p w14:paraId="2CED279D" w14:textId="77777777" w:rsidR="0078712A" w:rsidRPr="00AA18D0" w:rsidRDefault="00000000">
      <w:pPr>
        <w:spacing w:before="160" w:after="60"/>
        <w:rPr>
          <w:rFonts w:ascii="Times New Roman" w:hAnsi="Times New Roman" w:cs="Times New Roman"/>
          <w:sz w:val="24"/>
          <w:szCs w:val="24"/>
          <w:lang w:val="lt-LT"/>
        </w:rPr>
      </w:pPr>
      <w:r w:rsidRPr="00AA18D0">
        <w:rPr>
          <w:rFonts w:ascii="Times New Roman" w:hAnsi="Times New Roman" w:cs="Times New Roman"/>
          <w:b/>
          <w:sz w:val="24"/>
          <w:szCs w:val="24"/>
          <w:lang w:val="lt-LT"/>
        </w:rPr>
        <w:t>2. Pageidavimai dėl pasirinktos krypties</w:t>
      </w:r>
    </w:p>
    <w:tbl>
      <w:tblPr>
        <w:tblStyle w:val="Lentelstinklelis"/>
        <w:tblW w:w="0" w:type="auto"/>
        <w:jc w:val="center"/>
        <w:tblBorders>
          <w:top w:val="single" w:sz="6" w:space="0" w:color="BFBFBF"/>
          <w:left w:val="single" w:sz="6" w:space="0" w:color="BFBFBF"/>
          <w:bottom w:val="single" w:sz="6" w:space="0" w:color="BFBFBF"/>
          <w:right w:val="single" w:sz="6" w:space="0" w:color="BFBFBF"/>
          <w:insideH w:val="single" w:sz="6" w:space="0" w:color="BFBFBF"/>
          <w:insideV w:val="single" w:sz="6" w:space="0" w:color="BFBFBF"/>
        </w:tblBorders>
        <w:tblLook w:val="04A0" w:firstRow="1" w:lastRow="0" w:firstColumn="1" w:lastColumn="0" w:noHBand="0" w:noVBand="1"/>
      </w:tblPr>
      <w:tblGrid>
        <w:gridCol w:w="4082"/>
        <w:gridCol w:w="5783"/>
      </w:tblGrid>
      <w:tr w:rsidR="0078712A" w:rsidRPr="00AA18D0" w14:paraId="7A16A627" w14:textId="77777777">
        <w:trPr>
          <w:jc w:val="center"/>
        </w:trPr>
        <w:tc>
          <w:tcPr>
            <w:tcW w:w="4082" w:type="dxa"/>
            <w:shd w:val="clear" w:color="auto" w:fill="F2F2F2"/>
          </w:tcPr>
          <w:p w14:paraId="21158A3A" w14:textId="77777777" w:rsidR="0078712A" w:rsidRPr="00AA18D0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AA18D0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Jei pasirinkta </w:t>
            </w:r>
            <w:r w:rsidRPr="00AA18D0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muzikos kryptis:</w:t>
            </w:r>
            <w:r w:rsidRPr="00AA18D0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 pageidaujamas instrumentas arba vokalas</w:t>
            </w:r>
          </w:p>
        </w:tc>
        <w:tc>
          <w:tcPr>
            <w:tcW w:w="5783" w:type="dxa"/>
          </w:tcPr>
          <w:p w14:paraId="5264A4E4" w14:textId="77777777" w:rsidR="0078712A" w:rsidRPr="00AA18D0" w:rsidRDefault="0078712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78712A" w:rsidRPr="00AA18D0" w14:paraId="0A82F32F" w14:textId="77777777">
        <w:trPr>
          <w:jc w:val="center"/>
        </w:trPr>
        <w:tc>
          <w:tcPr>
            <w:tcW w:w="4082" w:type="dxa"/>
            <w:shd w:val="clear" w:color="auto" w:fill="F2F2F2"/>
          </w:tcPr>
          <w:p w14:paraId="51F11283" w14:textId="77777777" w:rsidR="0078712A" w:rsidRPr="00AA18D0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AA18D0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Pageidaujamas mokytojas (jeigu žinote)</w:t>
            </w:r>
          </w:p>
        </w:tc>
        <w:tc>
          <w:tcPr>
            <w:tcW w:w="5783" w:type="dxa"/>
          </w:tcPr>
          <w:p w14:paraId="28601E9B" w14:textId="77777777" w:rsidR="0078712A" w:rsidRPr="00AA18D0" w:rsidRDefault="0078712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78712A" w:rsidRPr="00AA18D0" w14:paraId="20C2AB7D" w14:textId="77777777">
        <w:trPr>
          <w:jc w:val="center"/>
        </w:trPr>
        <w:tc>
          <w:tcPr>
            <w:tcW w:w="4082" w:type="dxa"/>
            <w:shd w:val="clear" w:color="auto" w:fill="F2F2F2"/>
          </w:tcPr>
          <w:p w14:paraId="595B46AF" w14:textId="77777777" w:rsidR="00BF4083" w:rsidRPr="00AA18D0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AA18D0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Jei pasirinkta </w:t>
            </w:r>
            <w:r w:rsidRPr="00AA18D0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dailė:</w:t>
            </w:r>
            <w:r w:rsidRPr="00AA18D0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 </w:t>
            </w:r>
          </w:p>
          <w:p w14:paraId="5CB80181" w14:textId="60CDFC77" w:rsidR="0078712A" w:rsidRPr="00AA18D0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AA18D0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lastRenderedPageBreak/>
              <w:t>pageidaujama veikla / kryptis</w:t>
            </w:r>
          </w:p>
        </w:tc>
        <w:tc>
          <w:tcPr>
            <w:tcW w:w="5783" w:type="dxa"/>
          </w:tcPr>
          <w:p w14:paraId="1A1E8AE1" w14:textId="77777777" w:rsidR="0078712A" w:rsidRPr="00AA18D0" w:rsidRDefault="0000000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A18D0">
              <w:rPr>
                <w:rFonts w:ascii="Segoe UI Symbol" w:hAnsi="Segoe UI Symbol" w:cs="Segoe UI Symbol"/>
                <w:sz w:val="24"/>
                <w:szCs w:val="24"/>
                <w:lang w:val="lt-LT"/>
              </w:rPr>
              <w:lastRenderedPageBreak/>
              <w:t>☐</w:t>
            </w:r>
            <w:r w:rsidRPr="00AA18D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piešimas  </w:t>
            </w:r>
            <w:r w:rsidRPr="00AA18D0">
              <w:rPr>
                <w:rFonts w:ascii="Segoe UI Symbol" w:hAnsi="Segoe UI Symbol" w:cs="Segoe UI Symbol"/>
                <w:sz w:val="24"/>
                <w:szCs w:val="24"/>
                <w:lang w:val="lt-LT"/>
              </w:rPr>
              <w:t>☐</w:t>
            </w:r>
            <w:r w:rsidRPr="00AA18D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tapyba  </w:t>
            </w:r>
            <w:r w:rsidRPr="00AA18D0">
              <w:rPr>
                <w:rFonts w:ascii="Segoe UI Symbol" w:hAnsi="Segoe UI Symbol" w:cs="Segoe UI Symbol"/>
                <w:sz w:val="24"/>
                <w:szCs w:val="24"/>
                <w:lang w:val="lt-LT"/>
              </w:rPr>
              <w:t>☐</w:t>
            </w:r>
            <w:r w:rsidRPr="00AA18D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keramika  </w:t>
            </w:r>
            <w:r w:rsidRPr="00AA18D0">
              <w:rPr>
                <w:rFonts w:ascii="Segoe UI Symbol" w:hAnsi="Segoe UI Symbol" w:cs="Segoe UI Symbol"/>
                <w:sz w:val="24"/>
                <w:szCs w:val="24"/>
                <w:lang w:val="lt-LT"/>
              </w:rPr>
              <w:t>☐</w:t>
            </w:r>
            <w:r w:rsidRPr="00AA18D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grafika  </w:t>
            </w:r>
            <w:r w:rsidRPr="00AA18D0">
              <w:rPr>
                <w:rFonts w:ascii="Segoe UI Symbol" w:hAnsi="Segoe UI Symbol" w:cs="Segoe UI Symbol"/>
                <w:sz w:val="24"/>
                <w:szCs w:val="24"/>
                <w:lang w:val="lt-LT"/>
              </w:rPr>
              <w:t>☐</w:t>
            </w:r>
            <w:r w:rsidRPr="00AA18D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kita </w:t>
            </w:r>
            <w:r w:rsidRPr="00AA18D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>____________________</w:t>
            </w:r>
          </w:p>
        </w:tc>
      </w:tr>
      <w:tr w:rsidR="0078712A" w:rsidRPr="00AA18D0" w14:paraId="25108798" w14:textId="77777777">
        <w:trPr>
          <w:jc w:val="center"/>
        </w:trPr>
        <w:tc>
          <w:tcPr>
            <w:tcW w:w="4082" w:type="dxa"/>
            <w:shd w:val="clear" w:color="auto" w:fill="F2F2F2"/>
          </w:tcPr>
          <w:p w14:paraId="0A225510" w14:textId="77777777" w:rsidR="00BF4083" w:rsidRPr="00AA18D0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AA18D0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lastRenderedPageBreak/>
              <w:t xml:space="preserve">Jei pasirinktas </w:t>
            </w:r>
            <w:r w:rsidRPr="00AA18D0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teatras:</w:t>
            </w:r>
            <w:r w:rsidRPr="00AA18D0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 </w:t>
            </w:r>
          </w:p>
          <w:p w14:paraId="67399467" w14:textId="1DB37F2B" w:rsidR="0078712A" w:rsidRPr="00AA18D0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AA18D0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pageidaujama grupė</w:t>
            </w:r>
          </w:p>
        </w:tc>
        <w:tc>
          <w:tcPr>
            <w:tcW w:w="5783" w:type="dxa"/>
          </w:tcPr>
          <w:p w14:paraId="2AE361F6" w14:textId="52129D78" w:rsidR="00D52789" w:rsidRPr="00AA18D0" w:rsidRDefault="0000000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A18D0">
              <w:rPr>
                <w:rFonts w:ascii="Segoe UI Symbol" w:hAnsi="Segoe UI Symbol" w:cs="Segoe UI Symbol"/>
                <w:sz w:val="24"/>
                <w:szCs w:val="24"/>
                <w:lang w:val="lt-LT"/>
              </w:rPr>
              <w:t>☐</w:t>
            </w:r>
            <w:r w:rsidRPr="00AA18D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5–6 m</w:t>
            </w:r>
            <w:r w:rsidR="00CB3045" w:rsidRPr="00AA18D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etai</w:t>
            </w:r>
          </w:p>
          <w:p w14:paraId="45DFF908" w14:textId="6AC5CDD4" w:rsidR="00D52789" w:rsidRPr="00AA18D0" w:rsidRDefault="0000000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A18D0">
              <w:rPr>
                <w:rFonts w:ascii="Segoe UI Symbol" w:hAnsi="Segoe UI Symbol" w:cs="Segoe UI Symbol"/>
                <w:sz w:val="24"/>
                <w:szCs w:val="24"/>
                <w:lang w:val="lt-LT"/>
              </w:rPr>
              <w:t>☐</w:t>
            </w:r>
            <w:r w:rsidRPr="00AA18D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7–10 m</w:t>
            </w:r>
            <w:r w:rsidR="00CB3045" w:rsidRPr="00AA18D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etų</w:t>
            </w:r>
          </w:p>
          <w:p w14:paraId="03E94BFE" w14:textId="5C66971B" w:rsidR="00D52789" w:rsidRPr="00AA18D0" w:rsidRDefault="0000000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A18D0">
              <w:rPr>
                <w:rFonts w:ascii="Segoe UI Symbol" w:hAnsi="Segoe UI Symbol" w:cs="Segoe UI Symbol"/>
                <w:sz w:val="24"/>
                <w:szCs w:val="24"/>
                <w:lang w:val="lt-LT"/>
              </w:rPr>
              <w:t>☐</w:t>
            </w:r>
            <w:r w:rsidRPr="00AA18D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11–14 m</w:t>
            </w:r>
            <w:r w:rsidR="00CB3045" w:rsidRPr="00AA18D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etų</w:t>
            </w:r>
          </w:p>
          <w:p w14:paraId="26FF23E3" w14:textId="270BE469" w:rsidR="0078712A" w:rsidRPr="00AA18D0" w:rsidRDefault="0000000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A18D0">
              <w:rPr>
                <w:rFonts w:ascii="Segoe UI Symbol" w:hAnsi="Segoe UI Symbol" w:cs="Segoe UI Symbol"/>
                <w:sz w:val="24"/>
                <w:szCs w:val="24"/>
                <w:lang w:val="lt-LT"/>
              </w:rPr>
              <w:t>☐</w:t>
            </w:r>
            <w:r w:rsidRPr="00AA18D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nuo 15 m</w:t>
            </w:r>
            <w:r w:rsidR="00CB3045" w:rsidRPr="00AA18D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etų</w:t>
            </w:r>
          </w:p>
        </w:tc>
      </w:tr>
      <w:tr w:rsidR="0078712A" w:rsidRPr="00AA18D0" w14:paraId="5FE1C104" w14:textId="77777777">
        <w:trPr>
          <w:jc w:val="center"/>
        </w:trPr>
        <w:tc>
          <w:tcPr>
            <w:tcW w:w="4082" w:type="dxa"/>
            <w:shd w:val="clear" w:color="auto" w:fill="F2F2F2"/>
          </w:tcPr>
          <w:p w14:paraId="062E9AAE" w14:textId="77777777" w:rsidR="0078712A" w:rsidRPr="00AA18D0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AA18D0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Ar mokinys anksčiau mokėsi meno mokykloje?</w:t>
            </w:r>
          </w:p>
        </w:tc>
        <w:tc>
          <w:tcPr>
            <w:tcW w:w="5783" w:type="dxa"/>
          </w:tcPr>
          <w:p w14:paraId="353D521F" w14:textId="77777777" w:rsidR="00D52789" w:rsidRPr="00AA18D0" w:rsidRDefault="0000000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A18D0">
              <w:rPr>
                <w:rFonts w:ascii="Segoe UI Symbol" w:hAnsi="Segoe UI Symbol" w:cs="Segoe UI Symbol"/>
                <w:sz w:val="24"/>
                <w:szCs w:val="24"/>
                <w:lang w:val="lt-LT"/>
              </w:rPr>
              <w:t>☐</w:t>
            </w:r>
            <w:r w:rsidRPr="00AA18D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ne </w:t>
            </w:r>
          </w:p>
          <w:p w14:paraId="44F0AB20" w14:textId="5AEA30DD" w:rsidR="0078712A" w:rsidRPr="00AA18D0" w:rsidRDefault="00000000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A18D0">
              <w:rPr>
                <w:rFonts w:ascii="Segoe UI Symbol" w:hAnsi="Segoe UI Symbol" w:cs="Segoe UI Symbol"/>
                <w:sz w:val="24"/>
                <w:szCs w:val="24"/>
                <w:lang w:val="lt-LT"/>
              </w:rPr>
              <w:t>☐</w:t>
            </w:r>
            <w:r w:rsidRPr="00AA18D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taip, nurodykite programą / klasę </w:t>
            </w:r>
            <w:r w:rsidR="00CB3045" w:rsidRPr="00AA18D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/ mokytoją </w:t>
            </w:r>
            <w:r w:rsidRPr="00AA18D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__________________________</w:t>
            </w:r>
          </w:p>
        </w:tc>
      </w:tr>
      <w:tr w:rsidR="0078712A" w:rsidRPr="00AA18D0" w14:paraId="0171A0AD" w14:textId="77777777">
        <w:trPr>
          <w:jc w:val="center"/>
        </w:trPr>
        <w:tc>
          <w:tcPr>
            <w:tcW w:w="4082" w:type="dxa"/>
            <w:shd w:val="clear" w:color="auto" w:fill="F2F2F2"/>
          </w:tcPr>
          <w:p w14:paraId="72B6A0D9" w14:textId="77777777" w:rsidR="0078712A" w:rsidRPr="00AA18D0" w:rsidRDefault="00000000">
            <w:p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AA18D0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Papildoma informacija, svarbi ugdymo organizavimui</w:t>
            </w:r>
          </w:p>
        </w:tc>
        <w:tc>
          <w:tcPr>
            <w:tcW w:w="5783" w:type="dxa"/>
          </w:tcPr>
          <w:p w14:paraId="6345A256" w14:textId="77777777" w:rsidR="0078712A" w:rsidRPr="00AA18D0" w:rsidRDefault="0078712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</w:tbl>
    <w:p w14:paraId="302F9663" w14:textId="77777777" w:rsidR="0092311F" w:rsidRPr="00AA18D0" w:rsidRDefault="0092311F" w:rsidP="0092311F">
      <w:pPr>
        <w:spacing w:before="160" w:after="60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AA18D0">
        <w:rPr>
          <w:rFonts w:ascii="Times New Roman" w:hAnsi="Times New Roman" w:cs="Times New Roman"/>
          <w:b/>
          <w:sz w:val="24"/>
          <w:szCs w:val="24"/>
          <w:lang w:val="lt-LT"/>
        </w:rPr>
        <w:t>Bendros žinios apie tėvus / globėjus</w:t>
      </w:r>
    </w:p>
    <w:tbl>
      <w:tblPr>
        <w:tblStyle w:val="Lentelstinklelis"/>
        <w:tblW w:w="0" w:type="auto"/>
        <w:jc w:val="center"/>
        <w:tblLook w:val="04A0" w:firstRow="1" w:lastRow="0" w:firstColumn="1" w:lastColumn="0" w:noHBand="0" w:noVBand="1"/>
      </w:tblPr>
      <w:tblGrid>
        <w:gridCol w:w="2041"/>
        <w:gridCol w:w="3061"/>
        <w:gridCol w:w="2154"/>
        <w:gridCol w:w="2381"/>
      </w:tblGrid>
      <w:tr w:rsidR="0092311F" w:rsidRPr="00AA18D0" w14:paraId="2C831BFC" w14:textId="77777777">
        <w:trPr>
          <w:jc w:val="center"/>
        </w:trPr>
        <w:tc>
          <w:tcPr>
            <w:tcW w:w="204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9EAD3"/>
            <w:vAlign w:val="center"/>
            <w:hideMark/>
          </w:tcPr>
          <w:p w14:paraId="2CA92E08" w14:textId="77777777" w:rsidR="0092311F" w:rsidRPr="00AA18D0" w:rsidRDefault="0092311F" w:rsidP="0092311F">
            <w:pPr>
              <w:spacing w:before="160" w:after="60"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AA18D0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Ryšys su vaiku</w:t>
            </w:r>
          </w:p>
        </w:tc>
        <w:tc>
          <w:tcPr>
            <w:tcW w:w="306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9EAD3"/>
            <w:vAlign w:val="center"/>
            <w:hideMark/>
          </w:tcPr>
          <w:p w14:paraId="7157A91E" w14:textId="77777777" w:rsidR="0092311F" w:rsidRPr="00AA18D0" w:rsidRDefault="0092311F" w:rsidP="0092311F">
            <w:pPr>
              <w:spacing w:before="160" w:after="60"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AA18D0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Vardas, pavardė</w:t>
            </w:r>
          </w:p>
        </w:tc>
        <w:tc>
          <w:tcPr>
            <w:tcW w:w="215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9EAD3"/>
            <w:vAlign w:val="center"/>
            <w:hideMark/>
          </w:tcPr>
          <w:p w14:paraId="4AFFD74A" w14:textId="77777777" w:rsidR="0092311F" w:rsidRPr="00AA18D0" w:rsidRDefault="0092311F" w:rsidP="0092311F">
            <w:pPr>
              <w:spacing w:before="160" w:after="60"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AA18D0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Telefono Nr.</w:t>
            </w:r>
          </w:p>
        </w:tc>
        <w:tc>
          <w:tcPr>
            <w:tcW w:w="23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9EAD3"/>
            <w:vAlign w:val="center"/>
            <w:hideMark/>
          </w:tcPr>
          <w:p w14:paraId="53F3013B" w14:textId="77777777" w:rsidR="0092311F" w:rsidRPr="00AA18D0" w:rsidRDefault="0092311F" w:rsidP="0092311F">
            <w:pPr>
              <w:spacing w:before="160" w:after="60"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AA18D0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El. paštas</w:t>
            </w:r>
          </w:p>
        </w:tc>
      </w:tr>
      <w:tr w:rsidR="0092311F" w:rsidRPr="00AA18D0" w14:paraId="0BD967D7" w14:textId="77777777">
        <w:trPr>
          <w:jc w:val="center"/>
        </w:trPr>
        <w:tc>
          <w:tcPr>
            <w:tcW w:w="204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3CD56D6F" w14:textId="77777777" w:rsidR="0092311F" w:rsidRPr="00AA18D0" w:rsidRDefault="0092311F" w:rsidP="0092311F">
            <w:pPr>
              <w:spacing w:before="160" w:after="60"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AA18D0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Motina / globėja</w:t>
            </w:r>
          </w:p>
        </w:tc>
        <w:tc>
          <w:tcPr>
            <w:tcW w:w="306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2D421D3" w14:textId="77777777" w:rsidR="0092311F" w:rsidRPr="00AA18D0" w:rsidRDefault="0092311F" w:rsidP="0092311F">
            <w:pPr>
              <w:spacing w:before="160" w:after="60"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</w:tc>
        <w:tc>
          <w:tcPr>
            <w:tcW w:w="215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F228812" w14:textId="77777777" w:rsidR="0092311F" w:rsidRPr="00AA18D0" w:rsidRDefault="0092311F" w:rsidP="0092311F">
            <w:pPr>
              <w:spacing w:before="160" w:after="60"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</w:tc>
        <w:tc>
          <w:tcPr>
            <w:tcW w:w="23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ACB145F" w14:textId="77777777" w:rsidR="0092311F" w:rsidRPr="00AA18D0" w:rsidRDefault="0092311F" w:rsidP="0092311F">
            <w:pPr>
              <w:spacing w:before="160" w:after="60"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</w:tc>
      </w:tr>
      <w:tr w:rsidR="0092311F" w:rsidRPr="00AA18D0" w14:paraId="25A294DB" w14:textId="77777777">
        <w:trPr>
          <w:jc w:val="center"/>
        </w:trPr>
        <w:tc>
          <w:tcPr>
            <w:tcW w:w="204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2E71692A" w14:textId="77777777" w:rsidR="0092311F" w:rsidRPr="00AA18D0" w:rsidRDefault="0092311F" w:rsidP="0092311F">
            <w:pPr>
              <w:spacing w:before="160" w:after="60"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AA18D0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Tėvas / globėjas</w:t>
            </w:r>
          </w:p>
        </w:tc>
        <w:tc>
          <w:tcPr>
            <w:tcW w:w="306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FDC43BA" w14:textId="77777777" w:rsidR="0092311F" w:rsidRPr="00AA18D0" w:rsidRDefault="0092311F" w:rsidP="0092311F">
            <w:pPr>
              <w:spacing w:before="160" w:after="60"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</w:tc>
        <w:tc>
          <w:tcPr>
            <w:tcW w:w="215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01F1DBF" w14:textId="77777777" w:rsidR="0092311F" w:rsidRPr="00AA18D0" w:rsidRDefault="0092311F" w:rsidP="0092311F">
            <w:pPr>
              <w:spacing w:before="160" w:after="60"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</w:tc>
        <w:tc>
          <w:tcPr>
            <w:tcW w:w="23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4C506CC" w14:textId="77777777" w:rsidR="0092311F" w:rsidRPr="00AA18D0" w:rsidRDefault="0092311F" w:rsidP="0092311F">
            <w:pPr>
              <w:spacing w:before="160" w:after="60"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</w:tc>
      </w:tr>
    </w:tbl>
    <w:p w14:paraId="693559BE" w14:textId="77777777" w:rsidR="0092311F" w:rsidRPr="00AA18D0" w:rsidRDefault="0092311F" w:rsidP="0092311F">
      <w:pPr>
        <w:spacing w:before="160" w:after="60"/>
        <w:rPr>
          <w:rFonts w:ascii="Times New Roman" w:hAnsi="Times New Roman" w:cs="Times New Roman"/>
          <w:bCs/>
          <w:sz w:val="24"/>
          <w:szCs w:val="24"/>
          <w:lang w:val="lt-LT"/>
        </w:rPr>
      </w:pPr>
    </w:p>
    <w:tbl>
      <w:tblPr>
        <w:tblStyle w:val="Lentelstinklelis"/>
        <w:tblW w:w="0" w:type="auto"/>
        <w:jc w:val="center"/>
        <w:tblLook w:val="04A0" w:firstRow="1" w:lastRow="0" w:firstColumn="1" w:lastColumn="0" w:noHBand="0" w:noVBand="1"/>
      </w:tblPr>
      <w:tblGrid>
        <w:gridCol w:w="4082"/>
        <w:gridCol w:w="5556"/>
      </w:tblGrid>
      <w:tr w:rsidR="0092311F" w:rsidRPr="00AA18D0" w14:paraId="032B8DFF" w14:textId="77777777">
        <w:trPr>
          <w:trHeight w:val="850"/>
          <w:jc w:val="center"/>
        </w:trPr>
        <w:tc>
          <w:tcPr>
            <w:tcW w:w="408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3EC0B31A" w14:textId="77777777" w:rsidR="0092311F" w:rsidRPr="00AA18D0" w:rsidRDefault="0092311F" w:rsidP="0092311F">
            <w:pPr>
              <w:spacing w:before="160" w:after="60"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AA18D0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Bendrojo lavinimo mokykla (pilnas pavadinimas), klasė, į kurią eis vaikas nuo rugsėjo 1 d., klasės auklėtojas</w:t>
            </w:r>
          </w:p>
        </w:tc>
        <w:tc>
          <w:tcPr>
            <w:tcW w:w="55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1A3C790" w14:textId="77777777" w:rsidR="0092311F" w:rsidRPr="00AA18D0" w:rsidRDefault="0092311F" w:rsidP="0092311F">
            <w:pPr>
              <w:spacing w:before="160" w:after="60"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</w:tc>
      </w:tr>
    </w:tbl>
    <w:p w14:paraId="1586307D" w14:textId="6433B967" w:rsidR="0078712A" w:rsidRPr="00AA18D0" w:rsidRDefault="00000000">
      <w:pPr>
        <w:spacing w:before="160" w:after="60"/>
        <w:rPr>
          <w:rFonts w:ascii="Times New Roman" w:hAnsi="Times New Roman" w:cs="Times New Roman"/>
          <w:sz w:val="24"/>
          <w:szCs w:val="24"/>
          <w:lang w:val="lt-LT"/>
        </w:rPr>
      </w:pPr>
      <w:r w:rsidRPr="00AA18D0">
        <w:rPr>
          <w:rFonts w:ascii="Times New Roman" w:hAnsi="Times New Roman" w:cs="Times New Roman"/>
          <w:b/>
          <w:sz w:val="24"/>
          <w:szCs w:val="24"/>
          <w:lang w:val="lt-LT"/>
        </w:rPr>
        <w:t>4. Patvirtin</w:t>
      </w:r>
      <w:r w:rsidR="00D52789" w:rsidRPr="00AA18D0">
        <w:rPr>
          <w:rFonts w:ascii="Times New Roman" w:hAnsi="Times New Roman" w:cs="Times New Roman"/>
          <w:b/>
          <w:sz w:val="24"/>
          <w:szCs w:val="24"/>
          <w:lang w:val="lt-LT"/>
        </w:rPr>
        <w:t>u:</w:t>
      </w:r>
    </w:p>
    <w:p w14:paraId="57FEDEBC" w14:textId="77777777" w:rsidR="0078712A" w:rsidRPr="00AA18D0" w:rsidRDefault="00000000">
      <w:pPr>
        <w:spacing w:after="20"/>
        <w:ind w:left="170"/>
        <w:rPr>
          <w:rFonts w:ascii="Times New Roman" w:hAnsi="Times New Roman" w:cs="Times New Roman"/>
          <w:sz w:val="24"/>
          <w:szCs w:val="24"/>
          <w:lang w:val="lt-LT"/>
        </w:rPr>
      </w:pPr>
      <w:r w:rsidRPr="00AA18D0">
        <w:rPr>
          <w:rFonts w:ascii="Segoe UI Symbol" w:hAnsi="Segoe UI Symbol" w:cs="Segoe UI Symbol"/>
          <w:sz w:val="24"/>
          <w:szCs w:val="24"/>
          <w:lang w:val="lt-LT"/>
        </w:rPr>
        <w:t>☐</w:t>
      </w:r>
      <w:r w:rsidRPr="00AA18D0">
        <w:rPr>
          <w:rFonts w:ascii="Times New Roman" w:hAnsi="Times New Roman" w:cs="Times New Roman"/>
          <w:sz w:val="24"/>
          <w:szCs w:val="24"/>
          <w:lang w:val="lt-LT"/>
        </w:rPr>
        <w:t xml:space="preserve"> Patvirtinu, kad prašyme pateikti duomenys yra teisingi.</w:t>
      </w:r>
    </w:p>
    <w:p w14:paraId="67B3BC65" w14:textId="77777777" w:rsidR="0078712A" w:rsidRPr="00AA18D0" w:rsidRDefault="00000000">
      <w:pPr>
        <w:spacing w:after="20"/>
        <w:ind w:left="170"/>
        <w:rPr>
          <w:rFonts w:ascii="Times New Roman" w:hAnsi="Times New Roman" w:cs="Times New Roman"/>
          <w:sz w:val="24"/>
          <w:szCs w:val="24"/>
          <w:lang w:val="lt-LT"/>
        </w:rPr>
      </w:pPr>
      <w:r w:rsidRPr="00AA18D0">
        <w:rPr>
          <w:rFonts w:ascii="Segoe UI Symbol" w:hAnsi="Segoe UI Symbol" w:cs="Segoe UI Symbol"/>
          <w:sz w:val="24"/>
          <w:szCs w:val="24"/>
          <w:lang w:val="lt-LT"/>
        </w:rPr>
        <w:t>☐</w:t>
      </w:r>
      <w:r w:rsidRPr="00AA18D0">
        <w:rPr>
          <w:rFonts w:ascii="Times New Roman" w:hAnsi="Times New Roman" w:cs="Times New Roman"/>
          <w:sz w:val="24"/>
          <w:szCs w:val="24"/>
          <w:lang w:val="lt-LT"/>
        </w:rPr>
        <w:t xml:space="preserve"> Sutinku, kad mokinio ir tėvų / globėjų asmens duomenys būtų tvarkomi priėmimo, ugdymo organizavimo, apskaitos ir komunikacijos tikslais teisės aktų nustatyta tvarka.</w:t>
      </w:r>
    </w:p>
    <w:p w14:paraId="754F5052" w14:textId="77777777" w:rsidR="0078712A" w:rsidRPr="00AA18D0" w:rsidRDefault="00000000">
      <w:pPr>
        <w:spacing w:after="20"/>
        <w:ind w:left="170"/>
        <w:rPr>
          <w:rFonts w:ascii="Times New Roman" w:hAnsi="Times New Roman" w:cs="Times New Roman"/>
          <w:sz w:val="24"/>
          <w:szCs w:val="24"/>
          <w:lang w:val="lt-LT"/>
        </w:rPr>
      </w:pPr>
      <w:r w:rsidRPr="00AA18D0">
        <w:rPr>
          <w:rFonts w:ascii="Segoe UI Symbol" w:hAnsi="Segoe UI Symbol" w:cs="Segoe UI Symbol"/>
          <w:sz w:val="24"/>
          <w:szCs w:val="24"/>
          <w:lang w:val="lt-LT"/>
        </w:rPr>
        <w:t>☐</w:t>
      </w:r>
      <w:r w:rsidRPr="00AA18D0">
        <w:rPr>
          <w:rFonts w:ascii="Times New Roman" w:hAnsi="Times New Roman" w:cs="Times New Roman"/>
          <w:sz w:val="24"/>
          <w:szCs w:val="24"/>
          <w:lang w:val="lt-LT"/>
        </w:rPr>
        <w:t xml:space="preserve"> Esu informuotas (-a), kad galutinis pamokų laikas, grupė ir mokytojas derinami atsižvelgiant į mokyklos galimybes, mokinių skaičių ir ugdymo plano reikalavimus.</w:t>
      </w:r>
    </w:p>
    <w:p w14:paraId="7EC94DA0" w14:textId="77777777" w:rsidR="0078712A" w:rsidRPr="00AA18D0" w:rsidRDefault="00000000">
      <w:pPr>
        <w:spacing w:after="20"/>
        <w:ind w:left="170"/>
        <w:rPr>
          <w:rFonts w:ascii="Times New Roman" w:hAnsi="Times New Roman" w:cs="Times New Roman"/>
          <w:sz w:val="24"/>
          <w:szCs w:val="24"/>
          <w:lang w:val="lt-LT"/>
        </w:rPr>
      </w:pPr>
      <w:r w:rsidRPr="00AA18D0">
        <w:rPr>
          <w:rFonts w:ascii="Segoe UI Symbol" w:hAnsi="Segoe UI Symbol" w:cs="Segoe UI Symbol"/>
          <w:sz w:val="24"/>
          <w:szCs w:val="24"/>
          <w:lang w:val="lt-LT"/>
        </w:rPr>
        <w:t>☐</w:t>
      </w:r>
      <w:r w:rsidRPr="00AA18D0">
        <w:rPr>
          <w:rFonts w:ascii="Times New Roman" w:hAnsi="Times New Roman" w:cs="Times New Roman"/>
          <w:sz w:val="24"/>
          <w:szCs w:val="24"/>
          <w:lang w:val="lt-LT"/>
        </w:rPr>
        <w:t xml:space="preserve"> Įsipareigoju informuoti mokyklą pasikeitus kontaktiniams duomenims arba aplinkybėms, svarbioms vaiko ugdymui.</w:t>
      </w:r>
    </w:p>
    <w:p w14:paraId="1ABEE410" w14:textId="77777777" w:rsidR="00D52789" w:rsidRPr="00AA18D0" w:rsidRDefault="00D52789">
      <w:pPr>
        <w:spacing w:after="20"/>
        <w:ind w:left="170"/>
        <w:rPr>
          <w:rFonts w:ascii="Times New Roman" w:hAnsi="Times New Roman" w:cs="Times New Roman"/>
          <w:sz w:val="24"/>
          <w:szCs w:val="24"/>
          <w:lang w:val="lt-LT"/>
        </w:rPr>
      </w:pPr>
    </w:p>
    <w:p w14:paraId="1122A00F" w14:textId="77777777" w:rsidR="00D52789" w:rsidRPr="00AA18D0" w:rsidRDefault="00D52789">
      <w:pPr>
        <w:spacing w:after="20"/>
        <w:ind w:left="170"/>
        <w:rPr>
          <w:rFonts w:ascii="Times New Roman" w:hAnsi="Times New Roman" w:cs="Times New Roman"/>
          <w:sz w:val="24"/>
          <w:szCs w:val="24"/>
          <w:lang w:val="lt-LT"/>
        </w:rPr>
      </w:pPr>
    </w:p>
    <w:tbl>
      <w:tblPr>
        <w:tblStyle w:val="Lentelstinklelis"/>
        <w:tblW w:w="0" w:type="auto"/>
        <w:jc w:val="center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ook w:val="04A0" w:firstRow="1" w:lastRow="0" w:firstColumn="1" w:lastColumn="0" w:noHBand="0" w:noVBand="1"/>
      </w:tblPr>
      <w:tblGrid>
        <w:gridCol w:w="3475"/>
        <w:gridCol w:w="3475"/>
        <w:gridCol w:w="3475"/>
      </w:tblGrid>
      <w:tr w:rsidR="0078712A" w:rsidRPr="00AA18D0" w14:paraId="63E0337A" w14:textId="77777777">
        <w:trPr>
          <w:jc w:val="center"/>
        </w:trPr>
        <w:tc>
          <w:tcPr>
            <w:tcW w:w="3475" w:type="dxa"/>
          </w:tcPr>
          <w:p w14:paraId="5A9C4029" w14:textId="77777777" w:rsidR="00D52789" w:rsidRPr="00AA18D0" w:rsidRDefault="00D5278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  <w:p w14:paraId="0BB3EC70" w14:textId="3B80E349" w:rsidR="0078712A" w:rsidRPr="00AA18D0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AA18D0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Prašymą pateikė</w:t>
            </w:r>
          </w:p>
        </w:tc>
        <w:tc>
          <w:tcPr>
            <w:tcW w:w="3475" w:type="dxa"/>
          </w:tcPr>
          <w:p w14:paraId="02022BDD" w14:textId="77777777" w:rsidR="00D52789" w:rsidRPr="00AA18D0" w:rsidRDefault="00D5278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  <w:p w14:paraId="10823B2A" w14:textId="37563A2A" w:rsidR="0078712A" w:rsidRPr="00AA18D0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AA18D0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Parašas</w:t>
            </w:r>
          </w:p>
        </w:tc>
        <w:tc>
          <w:tcPr>
            <w:tcW w:w="3475" w:type="dxa"/>
          </w:tcPr>
          <w:p w14:paraId="07A438E9" w14:textId="77777777" w:rsidR="00D52789" w:rsidRPr="00AA18D0" w:rsidRDefault="00D5278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  <w:p w14:paraId="6F246FC1" w14:textId="28595F28" w:rsidR="0078712A" w:rsidRPr="00AA18D0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AA18D0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Vardas, pavardė</w:t>
            </w:r>
          </w:p>
        </w:tc>
      </w:tr>
      <w:tr w:rsidR="0078712A" w:rsidRPr="00AA18D0" w14:paraId="7A88FABA" w14:textId="77777777">
        <w:trPr>
          <w:jc w:val="center"/>
        </w:trPr>
        <w:tc>
          <w:tcPr>
            <w:tcW w:w="3475" w:type="dxa"/>
          </w:tcPr>
          <w:p w14:paraId="2B23AC9C" w14:textId="77777777" w:rsidR="0078712A" w:rsidRPr="00AA18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A18D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________________________</w:t>
            </w:r>
          </w:p>
        </w:tc>
        <w:tc>
          <w:tcPr>
            <w:tcW w:w="3475" w:type="dxa"/>
          </w:tcPr>
          <w:p w14:paraId="12A1959F" w14:textId="77777777" w:rsidR="0078712A" w:rsidRPr="00AA18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A18D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________________________</w:t>
            </w:r>
          </w:p>
        </w:tc>
        <w:tc>
          <w:tcPr>
            <w:tcW w:w="3475" w:type="dxa"/>
          </w:tcPr>
          <w:p w14:paraId="5BF5AA09" w14:textId="77777777" w:rsidR="0078712A" w:rsidRPr="00AA18D0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A18D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________________________</w:t>
            </w:r>
          </w:p>
        </w:tc>
      </w:tr>
    </w:tbl>
    <w:p w14:paraId="00C85038" w14:textId="77777777" w:rsidR="00F71C25" w:rsidRPr="00AA18D0" w:rsidRDefault="00F71C25">
      <w:pPr>
        <w:rPr>
          <w:rFonts w:ascii="Times New Roman" w:hAnsi="Times New Roman" w:cs="Times New Roman"/>
          <w:sz w:val="24"/>
          <w:szCs w:val="24"/>
          <w:lang w:val="lt-LT"/>
        </w:rPr>
      </w:pPr>
    </w:p>
    <w:sectPr w:rsidR="00F71C25" w:rsidRPr="00AA18D0" w:rsidSect="00AA52C9">
      <w:headerReference w:type="default" r:id="rId8"/>
      <w:pgSz w:w="12240" w:h="15840"/>
      <w:pgMar w:top="794" w:right="907" w:bottom="794" w:left="90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B1CA9" w14:textId="77777777" w:rsidR="00BB129F" w:rsidRDefault="00BB129F">
      <w:pPr>
        <w:spacing w:after="0" w:line="240" w:lineRule="auto"/>
      </w:pPr>
      <w:r>
        <w:separator/>
      </w:r>
    </w:p>
  </w:endnote>
  <w:endnote w:type="continuationSeparator" w:id="0">
    <w:p w14:paraId="746C0668" w14:textId="77777777" w:rsidR="00BB129F" w:rsidRDefault="00BB1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76377" w14:textId="77777777" w:rsidR="00BB129F" w:rsidRDefault="00BB129F">
      <w:pPr>
        <w:spacing w:after="0" w:line="240" w:lineRule="auto"/>
      </w:pPr>
      <w:r>
        <w:separator/>
      </w:r>
    </w:p>
  </w:footnote>
  <w:footnote w:type="continuationSeparator" w:id="0">
    <w:p w14:paraId="1AEAE0A4" w14:textId="77777777" w:rsidR="00BB129F" w:rsidRDefault="00BB12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52964016"/>
      <w:docPartObj>
        <w:docPartGallery w:val="Page Numbers (Top of Page)"/>
        <w:docPartUnique/>
      </w:docPartObj>
    </w:sdtPr>
    <w:sdtContent>
      <w:p w14:paraId="06BA9CDC" w14:textId="53C9D77E" w:rsidR="00AA52C9" w:rsidRDefault="00AA52C9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lt-LT"/>
          </w:rPr>
          <w:t>2</w:t>
        </w:r>
        <w:r>
          <w:fldChar w:fldCharType="end"/>
        </w:r>
      </w:p>
    </w:sdtContent>
  </w:sdt>
  <w:p w14:paraId="5FC5B32C" w14:textId="77777777" w:rsidR="00AA52C9" w:rsidRDefault="00AA52C9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raassunumeriai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raassunumeriai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raassuenkleliai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raassuenkleliai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12846379">
    <w:abstractNumId w:val="8"/>
  </w:num>
  <w:num w:numId="2" w16cid:durableId="447704687">
    <w:abstractNumId w:val="6"/>
  </w:num>
  <w:num w:numId="3" w16cid:durableId="917321788">
    <w:abstractNumId w:val="5"/>
  </w:num>
  <w:num w:numId="4" w16cid:durableId="1894347146">
    <w:abstractNumId w:val="4"/>
  </w:num>
  <w:num w:numId="5" w16cid:durableId="1373460997">
    <w:abstractNumId w:val="7"/>
  </w:num>
  <w:num w:numId="6" w16cid:durableId="1380325833">
    <w:abstractNumId w:val="3"/>
  </w:num>
  <w:num w:numId="7" w16cid:durableId="1650085752">
    <w:abstractNumId w:val="2"/>
  </w:num>
  <w:num w:numId="8" w16cid:durableId="573049227">
    <w:abstractNumId w:val="1"/>
  </w:num>
  <w:num w:numId="9" w16cid:durableId="258762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73BC"/>
    <w:rsid w:val="0015074B"/>
    <w:rsid w:val="001E28DA"/>
    <w:rsid w:val="0029639D"/>
    <w:rsid w:val="002E17CE"/>
    <w:rsid w:val="00326F90"/>
    <w:rsid w:val="004A7BD0"/>
    <w:rsid w:val="0078712A"/>
    <w:rsid w:val="00795B04"/>
    <w:rsid w:val="00910FC2"/>
    <w:rsid w:val="0092311F"/>
    <w:rsid w:val="00AA18D0"/>
    <w:rsid w:val="00AA1D8D"/>
    <w:rsid w:val="00AA52C9"/>
    <w:rsid w:val="00B47730"/>
    <w:rsid w:val="00B6260C"/>
    <w:rsid w:val="00BB129F"/>
    <w:rsid w:val="00BF4083"/>
    <w:rsid w:val="00C971A2"/>
    <w:rsid w:val="00CB0664"/>
    <w:rsid w:val="00CB3045"/>
    <w:rsid w:val="00CF661C"/>
    <w:rsid w:val="00D52789"/>
    <w:rsid w:val="00EA1D96"/>
    <w:rsid w:val="00F71C25"/>
    <w:rsid w:val="00FC693F"/>
    <w:rsid w:val="00FF5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F52042"/>
  <w14:defaultImageDpi w14:val="300"/>
  <w15:docId w15:val="{4A4CB490-08B5-40D9-823F-9929B7187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C693F"/>
    <w:rPr>
      <w:rFonts w:ascii="Arial" w:eastAsia="Arial" w:hAnsi="Arial"/>
      <w:sz w:val="20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8BF"/>
  </w:style>
  <w:style w:type="paragraph" w:styleId="Porat">
    <w:name w:val="footer"/>
    <w:basedOn w:val="prastasis"/>
    <w:link w:val="Porat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8BF"/>
  </w:style>
  <w:style w:type="paragraph" w:styleId="Betarp">
    <w:name w:val="No Spacing"/>
    <w:uiPriority w:val="1"/>
    <w:qFormat/>
    <w:rsid w:val="00FC693F"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FC693F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99"/>
    <w:unhideWhenUsed/>
    <w:rsid w:val="00AA1D8D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A1D8D"/>
  </w:style>
  <w:style w:type="paragraph" w:styleId="Pagrindinistekstas2">
    <w:name w:val="Body Text 2"/>
    <w:basedOn w:val="prastasis"/>
    <w:link w:val="Pagrindinistekstas2Diagrama"/>
    <w:uiPriority w:val="99"/>
    <w:unhideWhenUsed/>
    <w:rsid w:val="00AA1D8D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AA1D8D"/>
  </w:style>
  <w:style w:type="paragraph" w:styleId="Pagrindinistekstas3">
    <w:name w:val="Body Text 3"/>
    <w:basedOn w:val="prastasis"/>
    <w:link w:val="Pagrindinistekstas3Diagrama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AA1D8D"/>
    <w:rPr>
      <w:sz w:val="16"/>
      <w:szCs w:val="16"/>
    </w:rPr>
  </w:style>
  <w:style w:type="paragraph" w:styleId="Sraas">
    <w:name w:val="List"/>
    <w:basedOn w:val="prastasis"/>
    <w:uiPriority w:val="99"/>
    <w:unhideWhenUsed/>
    <w:rsid w:val="00AA1D8D"/>
    <w:pPr>
      <w:ind w:left="360" w:hanging="360"/>
      <w:contextualSpacing/>
    </w:pPr>
  </w:style>
  <w:style w:type="paragraph" w:styleId="Sraas2">
    <w:name w:val="List 2"/>
    <w:basedOn w:val="prastasis"/>
    <w:uiPriority w:val="99"/>
    <w:unhideWhenUsed/>
    <w:rsid w:val="00326F90"/>
    <w:pPr>
      <w:ind w:left="720" w:hanging="360"/>
      <w:contextualSpacing/>
    </w:pPr>
  </w:style>
  <w:style w:type="paragraph" w:styleId="Sraas3">
    <w:name w:val="List 3"/>
    <w:basedOn w:val="prastasis"/>
    <w:uiPriority w:val="99"/>
    <w:unhideWhenUsed/>
    <w:rsid w:val="00326F90"/>
    <w:pPr>
      <w:ind w:left="1080" w:hanging="360"/>
      <w:contextualSpacing/>
    </w:pPr>
  </w:style>
  <w:style w:type="paragraph" w:styleId="Sraassuenkleliais">
    <w:name w:val="List Bullet"/>
    <w:basedOn w:val="prastasis"/>
    <w:uiPriority w:val="99"/>
    <w:unhideWhenUsed/>
    <w:rsid w:val="00326F90"/>
    <w:pPr>
      <w:numPr>
        <w:numId w:val="1"/>
      </w:numPr>
      <w:contextualSpacing/>
    </w:pPr>
  </w:style>
  <w:style w:type="paragraph" w:styleId="Sraassuenkleliais2">
    <w:name w:val="List Bullet 2"/>
    <w:basedOn w:val="prastasis"/>
    <w:uiPriority w:val="99"/>
    <w:unhideWhenUsed/>
    <w:rsid w:val="00326F90"/>
    <w:pPr>
      <w:numPr>
        <w:numId w:val="2"/>
      </w:numPr>
      <w:contextualSpacing/>
    </w:pPr>
  </w:style>
  <w:style w:type="paragraph" w:styleId="Sraassuenkleliais3">
    <w:name w:val="List Bullet 3"/>
    <w:basedOn w:val="prastasis"/>
    <w:uiPriority w:val="99"/>
    <w:unhideWhenUsed/>
    <w:rsid w:val="00326F90"/>
    <w:pPr>
      <w:numPr>
        <w:numId w:val="3"/>
      </w:numPr>
      <w:contextualSpacing/>
    </w:pPr>
  </w:style>
  <w:style w:type="paragraph" w:styleId="Sraassunumeriais">
    <w:name w:val="List Number"/>
    <w:basedOn w:val="prastasis"/>
    <w:uiPriority w:val="99"/>
    <w:unhideWhenUsed/>
    <w:rsid w:val="00326F90"/>
    <w:pPr>
      <w:numPr>
        <w:numId w:val="5"/>
      </w:numPr>
      <w:contextualSpacing/>
    </w:pPr>
  </w:style>
  <w:style w:type="paragraph" w:styleId="Sraassunumeriais2">
    <w:name w:val="List Number 2"/>
    <w:basedOn w:val="prastasis"/>
    <w:uiPriority w:val="99"/>
    <w:unhideWhenUsed/>
    <w:rsid w:val="0029639D"/>
    <w:pPr>
      <w:numPr>
        <w:numId w:val="6"/>
      </w:numPr>
      <w:contextualSpacing/>
    </w:pPr>
  </w:style>
  <w:style w:type="paragraph" w:styleId="Sraassunumeriais3">
    <w:name w:val="List Number 3"/>
    <w:basedOn w:val="prastasis"/>
    <w:uiPriority w:val="99"/>
    <w:unhideWhenUsed/>
    <w:rsid w:val="0029639D"/>
    <w:pPr>
      <w:numPr>
        <w:numId w:val="7"/>
      </w:numPr>
      <w:contextualSpacing/>
    </w:pPr>
  </w:style>
  <w:style w:type="paragraph" w:styleId="Sraotsinys">
    <w:name w:val="List Continue"/>
    <w:basedOn w:val="prastasis"/>
    <w:uiPriority w:val="99"/>
    <w:unhideWhenUsed/>
    <w:rsid w:val="0029639D"/>
    <w:pPr>
      <w:spacing w:after="120"/>
      <w:ind w:left="360"/>
      <w:contextualSpacing/>
    </w:pPr>
  </w:style>
  <w:style w:type="paragraph" w:styleId="Sraotsinys2">
    <w:name w:val="List Continue 2"/>
    <w:basedOn w:val="prastasis"/>
    <w:uiPriority w:val="99"/>
    <w:unhideWhenUsed/>
    <w:rsid w:val="0029639D"/>
    <w:pPr>
      <w:spacing w:after="120"/>
      <w:ind w:left="720"/>
      <w:contextualSpacing/>
    </w:pPr>
  </w:style>
  <w:style w:type="paragraph" w:styleId="Sraotsinys3">
    <w:name w:val="List Continue 3"/>
    <w:basedOn w:val="prastasis"/>
    <w:uiPriority w:val="99"/>
    <w:unhideWhenUsed/>
    <w:rsid w:val="0029639D"/>
    <w:pPr>
      <w:spacing w:after="120"/>
      <w:ind w:left="1080"/>
      <w:contextualSpacing/>
    </w:pPr>
  </w:style>
  <w:style w:type="paragraph" w:styleId="Makrokomandostekstas">
    <w:name w:val="macro"/>
    <w:link w:val="MakrokomandostekstasDiagrama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rsid w:val="0029639D"/>
    <w:rPr>
      <w:rFonts w:ascii="Courier" w:hAnsi="Courier"/>
      <w:sz w:val="20"/>
      <w:szCs w:val="2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C693F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FC693F"/>
    <w:rPr>
      <w:i/>
      <w:iCs/>
      <w:color w:val="000000" w:themeColor="text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FC693F"/>
    <w:rPr>
      <w:b/>
      <w:bCs/>
    </w:rPr>
  </w:style>
  <w:style w:type="character" w:styleId="Emfaz">
    <w:name w:val="Emphasis"/>
    <w:basedOn w:val="Numatytasispastraiposriftas"/>
    <w:uiPriority w:val="20"/>
    <w:qFormat/>
    <w:rsid w:val="00FC693F"/>
    <w:rPr>
      <w:i/>
      <w:iCs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C693F"/>
    <w:rPr>
      <w:b/>
      <w:bCs/>
      <w:i/>
      <w:iCs/>
      <w:color w:val="4F81BD" w:themeColor="accent1"/>
    </w:rPr>
  </w:style>
  <w:style w:type="character" w:styleId="Nerykuspabraukimas">
    <w:name w:val="Subtle Emphasis"/>
    <w:basedOn w:val="Numatytasispastraiposriftas"/>
    <w:uiPriority w:val="19"/>
    <w:qFormat/>
    <w:rsid w:val="00FC693F"/>
    <w:rPr>
      <w:i/>
      <w:iCs/>
      <w:color w:val="808080" w:themeColor="text1" w:themeTint="7F"/>
    </w:rPr>
  </w:style>
  <w:style w:type="character" w:styleId="Rykuspabraukimas">
    <w:name w:val="Intense Emphasis"/>
    <w:basedOn w:val="Numatytasispastraiposriftas"/>
    <w:uiPriority w:val="21"/>
    <w:qFormat/>
    <w:rsid w:val="00FC693F"/>
    <w:rPr>
      <w:b/>
      <w:bCs/>
      <w:i/>
      <w:iCs/>
      <w:color w:val="4F81BD" w:themeColor="accent1"/>
    </w:rPr>
  </w:style>
  <w:style w:type="character" w:styleId="Nerykinuoroda">
    <w:name w:val="Subtle Reference"/>
    <w:basedOn w:val="Numatytasispastraiposriftas"/>
    <w:uiPriority w:val="31"/>
    <w:qFormat/>
    <w:rsid w:val="00FC693F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FC693F"/>
    <w:rPr>
      <w:b/>
      <w:bCs/>
      <w:smallCap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FC693F"/>
    <w:pPr>
      <w:outlineLvl w:val="9"/>
    </w:pPr>
  </w:style>
  <w:style w:type="table" w:styleId="Lentelstinklelis">
    <w:name w:val="Table Grid"/>
    <w:basedOn w:val="prastojilent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isspalvinimas">
    <w:name w:val="Light Shading"/>
    <w:basedOn w:val="prastojilent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esusspalvinimas1parykinimas">
    <w:name w:val="Light Shading Accent 1"/>
    <w:basedOn w:val="prastojilent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esusspalvinimas2parykinimas">
    <w:name w:val="Light Shading Accent 2"/>
    <w:basedOn w:val="prastojilent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esusspalvinimas3parykinimas">
    <w:name w:val="Light Shading Accent 3"/>
    <w:basedOn w:val="prastojilent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esusspalvinimas4parykinimas">
    <w:name w:val="Light Shading Accent 4"/>
    <w:basedOn w:val="prastojilent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esusspalvinimas5parykinimas">
    <w:name w:val="Light Shading Accent 5"/>
    <w:basedOn w:val="prastojilent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esusspalvinimas6parykinimas">
    <w:name w:val="Light Shading Accent 6"/>
    <w:basedOn w:val="prastojilent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esussraas">
    <w:name w:val="Light List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esussraas1parykinimas">
    <w:name w:val="Light List Accent 1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esussraas2parykinimas">
    <w:name w:val="Light List Accent 2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esussraas3parykinimas">
    <w:name w:val="Light List Accent 3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esussraas4parykinimas">
    <w:name w:val="Light List Accent 4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esussraas5parykinimas">
    <w:name w:val="Light List Accent 5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esussraas6parykinimas">
    <w:name w:val="Light List Accent 6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esustinklelis">
    <w:name w:val="Light Grid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esustinklelis1parykinimas">
    <w:name w:val="Light Grid Accent 1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esustinklelis2parykinimas">
    <w:name w:val="Light Grid Accent 2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esustinklelis3parykinimas">
    <w:name w:val="Light Grid Accent 3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esustinklelis4parykinimas">
    <w:name w:val="Light Grid Accent 4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esustinklelis5parykinimas">
    <w:name w:val="Light Grid Accent 5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esustinklelis6parykinimas">
    <w:name w:val="Light Grid Accent 6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vidutinisspalvinimas">
    <w:name w:val="Medium Shading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1parykinimas">
    <w:name w:val="Medium Shading 1 Accent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2parykinimas">
    <w:name w:val="Medium Shading 1 Accent 2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3parykinimas">
    <w:name w:val="Medium Shading 1 Accent 3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4parykinimas">
    <w:name w:val="Medium Shading 1 Accent 4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5parykinimas">
    <w:name w:val="Medium Shading 1 Accent 5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6parykinimas">
    <w:name w:val="Medium Shading 1 Accent 6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vidutinisspalvinimas">
    <w:name w:val="Medium Shading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1parykinimas">
    <w:name w:val="Medium Shading 2 Accent 1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2parykinimas">
    <w:name w:val="Medium Shading 2 Accent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3parykinimas">
    <w:name w:val="Medium Shading 2 Accent 3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4parykinimas">
    <w:name w:val="Medium Shading 2 Accent 4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5parykinimas">
    <w:name w:val="Medium Shading 2 Accent 5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6parykinimas">
    <w:name w:val="Medium Shading 2 Accent 6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vidutinissraas">
    <w:name w:val="Medium Lis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vidutinissraas1parykinimas">
    <w:name w:val="Medium List 1 Accen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vidutinissraas2parykinimas">
    <w:name w:val="Medium List 1 Accent 2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vidutinissraas3parykinimas">
    <w:name w:val="Medium List 1 Accent 3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vidutinissraas4parykinimas">
    <w:name w:val="Medium List 1 Accent 4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vidutinissraas5parykinimas">
    <w:name w:val="Medium List 1 Accent 5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vidutinissraas6parykinimas">
    <w:name w:val="Medium List 1 Accent 6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vidutinissraas">
    <w:name w:val="Medium Lis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1parykinimas">
    <w:name w:val="Medium List 2 Accent 1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2parykinimas">
    <w:name w:val="Medium List 2 Accen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3parykinimas">
    <w:name w:val="Medium List 2 Accent 3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4parykinimas">
    <w:name w:val="Medium List 2 Accent 4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5parykinimas">
    <w:name w:val="Medium List 2 Accent 5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6parykinimas">
    <w:name w:val="Medium List 2 Accent 6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vidutinistinklelis">
    <w:name w:val="Medium Grid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vidutinistinklelis1parykinimas">
    <w:name w:val="Medium Grid 1 Accent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vidutinistinklelis2parykinimas">
    <w:name w:val="Medium Grid 1 Accent 2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vidutinistinklelis3parykinimas">
    <w:name w:val="Medium Grid 1 Accent 3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vidutinistinklelis4parykinimas">
    <w:name w:val="Medium Grid 1 Accent 4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vidutinistinklelis5parykinimas">
    <w:name w:val="Medium Grid 1 Accent 5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vidutinistinklelis6parykinimas">
    <w:name w:val="Medium Grid 1 Accent 6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vidutinistinklelis">
    <w:name w:val="Medium Grid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1parykinimas">
    <w:name w:val="Medium Grid 2 Accent 1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2parykinimas">
    <w:name w:val="Medium Grid 2 Accent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3parykinimas">
    <w:name w:val="Medium Grid 2 Accent 3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4parykinimas">
    <w:name w:val="Medium Grid 2 Accent 4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5parykinimas">
    <w:name w:val="Medium Grid 2 Accent 5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6parykinimas">
    <w:name w:val="Medium Grid 2 Accent 6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vidutinistinklelis">
    <w:name w:val="Medium Grid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vidutinistinklelis1parykinimas">
    <w:name w:val="Medium Grid 3 Accent 1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vidutinistinklelis2parykinimas">
    <w:name w:val="Medium Grid 3 Accent 2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vidutinistinklelis3parykinimas">
    <w:name w:val="Medium Grid 3 Accent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vidutinistinklelis4parykinimas">
    <w:name w:val="Medium Grid 3 Accent 4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vidutinistinklelis5parykinimas">
    <w:name w:val="Medium Grid 3 Accent 5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vidutinistinklelis6parykinimas">
    <w:name w:val="Medium Grid 3 Accent 6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sussraas">
    <w:name w:val="Dark List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sussraas1parykinimas">
    <w:name w:val="Dark List Accent 1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sussraas2parykinimas">
    <w:name w:val="Dark List Accent 2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sussraas3parykinimas">
    <w:name w:val="Dark List Accent 3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sussraas4parykinimas">
    <w:name w:val="Dark List Accent 4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sussraas5parykinimas">
    <w:name w:val="Dark List Accent 5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sussraas6parykinimas">
    <w:name w:val="Dark List Accent 6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palvotasspalvinimas">
    <w:name w:val="Colorful Shading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1parykinimas">
    <w:name w:val="Colorful Shading Accent 1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2parykinimas">
    <w:name w:val="Colorful Shading Accent 2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3parykinimas">
    <w:name w:val="Colorful Shading Accent 3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spalvinimas4parykinimas">
    <w:name w:val="Colorful Shading Accent 4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5parykinimas">
    <w:name w:val="Colorful Shading Accent 5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6parykinimas">
    <w:name w:val="Colorful Shading Accent 6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raas">
    <w:name w:val="Colorful List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palvotassraas1parykinimas">
    <w:name w:val="Colorful List Accent 1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palvotassraas2parykinimas">
    <w:name w:val="Colorful List Accent 2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palvotassraas3parykinimas">
    <w:name w:val="Colorful List Accent 3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palvotassraas4parykinimas">
    <w:name w:val="Colorful List Accent 4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palvotassraas5parykinimas">
    <w:name w:val="Colorful List Accent 5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palvotassraas6parykinimas">
    <w:name w:val="Colorful List Accent 6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palvotastinklelis">
    <w:name w:val="Colorful Grid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palvotastinklelis1parykinimas">
    <w:name w:val="Colorful Grid Accent 1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palvotastinklelis2parykinimas">
    <w:name w:val="Colorful Grid Accent 2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palvotastinklelis3parykinimas">
    <w:name w:val="Colorful Grid Accent 3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tinklelis4parykinimas">
    <w:name w:val="Colorful Grid Accent 4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palvotastinklelis5parykinimas">
    <w:name w:val="Colorful Grid Accent 5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palvotastinklelis6parykinimas">
    <w:name w:val="Colorful Grid Accent 6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1995</Words>
  <Characters>1138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Apuokas2022</cp:lastModifiedBy>
  <cp:revision>13</cp:revision>
  <dcterms:created xsi:type="dcterms:W3CDTF">2013-12-23T23:15:00Z</dcterms:created>
  <dcterms:modified xsi:type="dcterms:W3CDTF">2026-07-23T06:00:00Z</dcterms:modified>
  <cp:category/>
</cp:coreProperties>
</file>